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Citlivé CAR T bunky redefinujú cielenú expresiu CD70 v solídnych nádoroch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CAR T bunky sú geneticky upravené imunitné bunky, ktoré boli veľmi úspešné pri liečbe určitých krvných rakovín, ale ich použitie pri solídnych nádoroch (nádoroch tuhej konzistencie) bolo doteraz problematické[1]. Hlavným problémom je, že solídne nádory nemajú jediný, všeobecne zdieľaný povrchový cieľ, na ktorý by sa CAR T bunky mohli zamerať[1]. Vedci objavili, že proteín CD70 je heterogénne vyjadrovaný v mnohých solídnych nádoroch – niektoré rakovinové bunky ho majú v hojnosti, zatiaľ čo iné ho majú v minimálnom množstve[1]. Výskumný tím vyvinul ultra-citlivý receptor nazvaný HIT receptor (HLA-independent T cell receptor), ktorý dokáže detekovať aj veľmi nízke hladiny CD70[1]. V predklinických modeloch sa CD70-HIT bunky úplne a trvalo zbavili nádorov obličiek, vaječníkov a pankreasu, aj keď tieto nádory vykazovali zmiešané hladiny CD70[1]. Autori zistili, že CD70 je vyjadrovaný heterogénne v dvadsiatich alebo viacerých typoch solídnych nádorov[1]. Tieto zistenia naznačujú, že CD70 by mohol byť univerzálnym cieľom pre liečbu širokého spektra solídnych nádorov pomocou ultra-citlivých CAR T buniek[1].</w:t>
      </w:r>
    </w:p>
    <w:p/>
    <w:p>
      <w:pPr>
        <w:jc w:val="center"/>
      </w:pPr>
      <w:r>
        <w:t>Vygenerované: 26.02.2026 21:04:27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