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Horúce zrýchlenia úbytku severoamerických vtákov sú spojené s poľnohospodárstvom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Štúdia analyzovala dáta z 1033 trás Severoamerického prieskumu hniezdiacich vtákov pre 261 druhov vtákov v období 1987 až 2021.[2][3] Celkovo došlo k úbytku početnosti všetkých vtákov na kontinente, pričom 122 druhov – 47 % sledovaných – vykazovalo významný úbytok a u 63 druhov sa tento úbytok zrýchľoval.[1][2][3][4] Horúce body zrýchleného úbytku sa nachádzajú v Mid-Atlantic, Midwest a Kalifornii, oblastiach s intenzívnym poľnohospodárstvom.[1][2][3][4] Intenzita poľnohospodárstva, meraná rozsahom ornej pôdy, používaním hnojív a pesticídov, je hlavným prediktorom týchto hotspotov.[1][2][4] Úbytok vtákov spôsobuje nižšiu pôrodnosť a vyššiu úmrtnosť, čo ovplyvňuje reguláciu hmyzu, šírenie semien a potravinovú reťaz.[1][2] Analýza je korelálna a nedokáže oddeliť vplyv jednotlivých poľnohospodárskych faktorov.[1]</w:t>
      </w:r>
    </w:p>
    <w:p/>
    <w:p>
      <w:pPr>
        <w:jc w:val="center"/>
      </w:pPr>
      <w:r>
        <w:t>Vygenerované: 26.02.2026 21:04:38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