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 iných časopisoch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Článok „In Other Journals“ je publikovaný v časopise Science, zväzok 391, číslo 6788, strany 881-882, vo februári 2026. Ide o sekciu sumarizujúcu výskumy z iných časopisov. Žiadne ďalšie detaily o obsahu, štúdiách, zisteniach alebo štatistikách nie sú v poskytnutom texte uvedené.[1]</w:t>
      </w:r>
    </w:p>
    <w:p/>
    <w:p>
      <w:pPr>
        <w:jc w:val="center"/>
      </w:pPr>
      <w:r>
        <w:t>Vygenerované: 26.02.2026 21:05:09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