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STING preberá RNA vírusy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STING je kľúčový proteín endoplazmatického retikula v prirodzenej imunite, ktorý deteguje cytoplasmatickú DNA a aktivuje syntézu interferónu typu I a sekréciu prozápalových mediátorov. Podieľa sa na regulácii antivírusových a antibakteriálnych imunitných odpovedí in vivo. V slinných žľazách myší C57BL/6 sa STING vyjadruje najmä v dúktových a stromálnych bunkách. In vitro štúdie ukázali, že DMXAA aktivuje STING dráhu a indukuje produkciu IFN-β v primárnych bunkách slinných žliaz. U pacientov s primárnym Sjögrenovým syndrómom (pSS) sú monogty v slinných žľazách hyperreaktívne na stimuláciu STING, čo vedie k zvýšenému počtu monogytov produkujúcich IFN-α. V tkanive slinných žliaz pacientov s SS mtDNA viaže cGAS, čo aktivuje STING kaskádu, NF-κB a imunitnú odpoveď typu I IFN, čím sa zvyšuje expresia zápalových mediátorov ako IFN-α, IL-8, IL-6, IFN-β a TNF-α.</w:t>
      </w:r>
    </w:p>
    <w:p/>
    <w:p>
      <w:pPr>
        <w:jc w:val="center"/>
      </w:pPr>
      <w:r>
        <w:t>Vygenerované: 26.02.2026 21:05:55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