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postaviť semenník, bunku po bunke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Vedci Yoshino a spol. vyvinuli kmeňové bunky z pluripotentných buniek, ktoré napodobňujú funkčný semenník myší a podporujú vývoj klinec germinálnych buniek.[1] Tieto bunky generujú populácie Sertoliho buniek, Leydigových buniek a germinálnych buniek.[1] Modulácia signálov BMP a WNT vyvolala výlučne SOX9-pozitívne podporné bunky z XY buniek, sprevádzané tvorbou štruktúr podobných seminiferóznym tubulom obsahujúcich Sertoliho a intersticiálne bunky.[2] Analýzy transkriptómu na úrovni jedinej bunky ukázali, že diferenciácia in vitro zodpovedá procesu určovania pohlavia in vivo, s mužsky špecifickou populáciou obohatenou o gény Sry, Sox9, Amh a Dmrt1.[2] Rekonštituovaný tkanivo semenníka podporilo diferenciáciu pluripotentných germinálnych buniek do spermatogoniálnych kmeňových buniek, ktoré po transplantácii do semenníka vyprodukovali funkčné spermiá.[2] Sertoliho a Leydigove-like bunky obnovili funkciu semenníka u myší chýbajúcich tieto bunkové typy.[1] Model rekonštruuje určovanie pohlavia a testikulárnu niku bez použitia embryonálneho tkaniva.[2]</w:t>
      </w:r>
    </w:p>
    <w:p/>
    <w:p>
      <w:pPr>
        <w:jc w:val="center"/>
      </w:pPr>
      <w:r>
        <w:t>Vygenerované: 26.02.2026 21:06:08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