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Vyliečenie nedôvery černošskej rodiny v medicínu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Článok popisuje nedôveru černošskej rodiny v medicínu, ktorá je založená na faktoch z histórie, kde viaceré pokroky vo vede a medicíne prišli na úkor černošskej komunity[3]. Táto nedôvera pramení z minulých zneužití, ako je štúdia Tuskegee, ktorú pozná 81 % Afroameričanov, pričom 49 % z nich nechce zúčastniť medicínskych štúdií[2]. Súčasné skúsenosti s diskrimináciou v zdravotníctve, vrátane nerovného prístupu k poistению a liečbe, nedôveru ešte prehĺbujú[1]. Posilnenie vzťahov medzi pacientmi a poskytovateľmi starostlivosti môže budovať dôveru, pretože ľudia dôverujú viac jednotlivým lekárom než celému systému[1]. Pfizer dosiahol 10 % zastúpenie černochov v klinických skúškach vakcín proti COVID-19, čo je menej ako ich podiel na populácii USA (13 %)[1]. Čierni zdravotnícki pracovníci mali úspech pri náboroch počúvaním obáv pacientov namiesto argumentovaním[1]. Empatia a uznanie inštitucionálneho rasizmu sú efektívnejšie než vyvracanie konšpiračných teórií[1]. Zlepšenie dôvery vyžaduje investície do komunít, transparentnosť a uznanie minulých chýb[2].</w:t>
      </w:r>
    </w:p>
    <w:p/>
    <w:p>
      <w:pPr>
        <w:jc w:val="center"/>
      </w:pPr>
      <w:r>
        <w:t>Vygenerované: 26.02.2026 21:06:22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