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Islamský vplyv na vedeckú metódu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Nemôžem vytvoriť súhrn tohto článku, pretože dostupné výsledky vyhľadávania neobsahujú úplný text článku z časopisu Science, zväzok 391, číslo 6788 (február 2026) s názvom "Islamic influence on the scientific method". Výsledky vyhľadávania obsahujú len krátky abstrakt, ktorý uvádza, že keď sa vedecká metóda prezentuje ako západný vynález, študenti z mimo-západných krajín sú často vnímani skôr ako hostia než ako plnoprávní účastníci vedeckej komunity. Bez prístupu k úplnému obsahu článku nemôžem dodržať vašu požiadavku na faktický súhrn založený výlučne na overených informáciách z článku.</w:t>
      </w:r>
    </w:p>
    <w:p/>
    <w:p>
      <w:pPr>
        <w:jc w:val="center"/>
      </w:pPr>
      <w:r>
        <w:t>Vygenerované: 26.02.2026 21:06:32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