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Lekárska pripravenosť na misie v hlbokom vesmíre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Počas letov v hlbokom vesmíre musí posádka efektívne prijímať samostatné klinické rozhodnutia[4]. Tieto rozhodnutia prebiehajú za podmienok oneskorenej komunikácie a neistoty[4]. Posádka je odkázaná na samostatnosť kvôli obmedzenému prístupu k pokročilej medicínskej pomoci[4]. Medicínska pripravenosť zahŕňa prekonanie komunikačných oneskorení, ktoré bránia okamžitej konzultácii so Zemou[4]. Článok zdôrazňuje nutnosť sebestačnosti v diagnostike a liečbe počas dlhých misií[4]. Tieto výzvy sú kľúčové pre plánované expedície na Mesiac a Mars[4].</w:t>
      </w:r>
    </w:p>
    <w:p/>
    <w:p>
      <w:pPr>
        <w:jc w:val="center"/>
      </w:pPr>
      <w:r>
        <w:t>Vygenerované: 26.02.2026 21:06:41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