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Neandertálski muži spárovaní so ženami moderného človeka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Štúdia publikovaná v časopise Science analyzovala genetické údaje a zistila, že kríženie medzi neandertálcami a anatomicky modernými ľuďmi (AMH) prebiehalo prevažne medzi neandertálskymi mužmi a ženami AMH[1][2][3]. Na neandertálskych X chromozómoch bol zaznamenaný 62 % relatívny prebytok AMH ancestry v porovnaní s autózomami[1][2]. Tento vzorec je 1,6-krát vyšší na X chromozómoch neandertálskej ženy z Sibíri a podobných lokalít datovaných na 80 000 a 52 000 rokov[3]. Nedostatok neandertálskej DNA na X chromozómoch moderných ľudí podporuje pohlavný bias v miešaní[2][3]. Modelovanie ukázalo, že preferencia partnerov je pravdepodobnejšou príčinou než čisto demografické procesy s rozdielnou migráciou mužov a žien[2]. Autori nezavrhnili úlohu demografických faktorov ani negatívnej selekcie na neandertálske varianty[1][2][3]. Kríženie sa odhaduje približne 250 000 rokov dozadu[3].</w:t>
      </w:r>
    </w:p>
    <w:p/>
    <w:p>
      <w:pPr>
        <w:jc w:val="center"/>
      </w:pPr>
      <w:r>
        <w:t>Vygenerované: 26.02.2026 21:07:05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