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Investor nominovaný do čela NSF v agentúre shake-up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Národná nadácia pre vedu (NSF) zrušuje svojich 37 divízií v rámci rozsiahlej reštrukturalizácie agentúry.[1][2] Táto konsolidácia je čiastočne spôsobená návrhom prezidenta Donalda Trumpa na zníženie rozpočtu NSF o 55 % z 4 miliárd dolárov pre fiskálny rok 2026, ktorý začína 1. októbra.[1][2] Z 1700 zamestnancov agentúry sa očakávajú výpovede pre nešpecifikovaný počet pracovníkov a ďalšie kolo ukončenia už udelených grantov, pričom za posledné 3 týždne bolo zrušených takmer 1400 grantov v hodnote viac ako 1 miliardu dolárov.[1] NSF prijíma ročne viac ako 40 000 návrhov, z ktorých štvrtinu financuje, a divízni riaditelia majú veľkú autoritu pri schvaľovaní.[1] Nová štruktúra zachová osem direktorátov, ale nahradí divízie „klastrami“ zameranými na päť priorít prezidenta: umelú inteligenciu, kvantovú informačnú vedu, biotechnológie, jadrovú energiu a translačnú vedu.[2] Agentúra tiež plánuje znížiť počet rotujúcich vedcov z 368 na 70 do 9. júna a zaviesť novú vrstvu kontroly návrhov.[1][2] Reštrukturalizácia zahŕňa aj zmeny v riadiacich štruktúrach, ako premiestnenie kancelárií pod hlavného manažéra a riaditeľov direktorátov pod hlavného vedeckého dôstojníka.[3]</w:t>
      </w:r>
    </w:p>
    <w:p/>
    <w:p>
      <w:pPr>
        <w:jc w:val="center"/>
      </w:pPr>
      <w:r>
        <w:t>Vygenerované: 26.02.2026 21:07:17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