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Údaje ukazujú prudký pokles úspešnosti financovania NIH v roku 2025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Údaje ukazujú prudký pokles úspešnosti financovania projektov Národných inštitútov zdravia (NIH) v roku 2025. NIH zaviedlo novú unifikovanú stratégiu financovania, ktorá nahrádza tradičné paylines – verejné hranice percentilov, nad ktorými boli návrhy takmer vždy schválené. Od januára 2026 platí, že aj návrhy s vysokými percentilmi (napr. 1–5 %) nemusia byť financované, pretože rozhodnutia zohľadňujú strategické kritériá ako rovnováha portfólia, verejné zdravotné priority a podpora mladých výskumníkov. Inštitúty NIH už nebudú zverejňovať paylines, čo znižuje predvídateľnosť a priehľadnosť procesu. Táto zmena prináša väčšiu neistotu pre výskumníkov pri plánovaní projektov a personálu. V roku 2024 NIH udelilo 36,94 miliardy dolárov, čo podporilo 407 782 pracovných miest a vytvorilo 94,58 miliardy dolárov ekonomickej aktivity. Obmedzený rozpočet NIH v roku 2025 a ďalej by mohol oslabiť biomedicínske inovácie v USA.[1][3][4]</w:t>
      </w:r>
    </w:p>
    <w:p/>
    <w:p>
      <w:pPr>
        <w:jc w:val="center"/>
      </w:pPr>
      <w:r>
        <w:t>Vygenerované: 26.02.2026 21:07:29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