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Údajný čínsky jadrový výbuch môže znovu zapáliť testovanie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Údajný čínsky jadrový výbuch z 22. júna 2020 zaregistrovala seizmická stanica východného Kazachstanu ako dve malé zemetrasenia s rozstupom 12 sekúnd blízko testovacieho miesta Lop Nur[3][5]. Americkí predstavitelia tvrdia, že išlo o podzemný výbuch s magnitúdou 2,75, čo by mohlo byť skrytým jadrovým testom[4][5]. Podľa asistenta ministra zahraničia Christophera Yeawa Čína uskutočnila tento test a pripravuje ďalšie s výkonmi v rádoch stoviek ton[3][4]. Medzinárodná monitorovacia sieť IMS dokáže odlíšiť jadrové výbuchy len pri výkone nad približne 500 ton TNT, preto príčinu týchto udalostí nie je možné s istotou určiť[3]. Satelitné snímky ukazujú nové tunely, vŕtacie veže vysoké 30 metrov a výkopové práce na Lop Nure, ako aj laserové zariadenie v provincii Sichuan podobné americkému National Ignition Facility[3]. Správa Centra pre strategické a medzinárodné štúdie nenašla dôkaz o výbuchu, pretože satelitné snímky neukazovali nezvyklú aktivitu na Lop Nure[4]. Čína obvinila USA z nepodložených tvrdení používaných ako zámienka na obnovenie vlastných jadrových testov[4]. Tieto udalosti prichádzajú po skončení zmluvy New START, čo zvyšuje obavy z novej závodnosti v zbrojení[4].</w:t>
      </w:r>
    </w:p>
    <w:p/>
    <w:p>
      <w:pPr>
        <w:jc w:val="center"/>
      </w:pPr>
      <w:r>
        <w:t>Vygenerované: 26.02.2026 21:07:44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