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Doznievajúce melódie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Článok „Fading melodies“ popisuje záhadný úbytok vtákov v nedotknutých tropických lesoch. Intaktné tropické lesy zaznamenávajú výrazné poklesy populácií vtákov. Tento jav naznačuje možný vznik ďalšieho „tichého jara“. Štúdia vyšetrovala trendy v populáciách vtákov v týchto ekosystémoch. Výskum poukazuje na nečakané zmeny v biodiverzite. Pokles vtákov prebieha napriek zachovalému stavu lesov. Autori zdôrazňujú potrebu ďalšieho monitoringu.[2]</w:t>
      </w:r>
    </w:p>
    <w:p/>
    <w:p>
      <w:pPr>
        <w:jc w:val="center"/>
      </w:pPr>
      <w:r>
        <w:t>Vygenerované: 26.02.2026 21:08:03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