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Spoločné počítanie stromov v EÚ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v časopise Science (zväzok 391, číslo 6788, strana 851) sa venuje spoločnému počítaniu stromov v EÚ pod názvom „Counting trees together in the EU“. Navrhuje vytvorenie spoločného systému na sčítanie stromov v európskych štátoch, ktorý by bol realizovateľný do 2 až 3 rokov. Tento systém by vyžadoval, aby štáty považovali svoje lesy nie iba za národné, ale ako spoločné. Pomohol by lepšie plniť klimatické ciele EÚ a podporil globálne úsilie o ochranu lesov. Článok zdôrazňuje potrebu spolupráce medzi členskými štátmi na presnom monitoringu lesných zdrojov.[4]</w:t>
      </w:r>
    </w:p>
    <w:p/>
    <w:p>
      <w:pPr>
        <w:jc w:val="center"/>
      </w:pPr>
      <w:r>
        <w:t>Vygenerované: 26.02.2026 21:08:19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