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Genetické informácie v poisťovníctve: Usmerňujúce otázky pre štátnu reguláciu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V roku 2008 schválil Kongres USA zákon Genetic Information Non-discrimination Act (GINA), ktorý zakazuje genetickú diskrimináciu v zdravotnom poistení.[1][3][4] Pôvodné verzie GINA zahŕňali aj životné, dlhodobé zdravotné a invalidné poistenie, no finálna verzia sa obmedzila len na zdravotné poistenie z politických dôvodov, čím štáty zostali regulovať ostatné oblasti.[1][5] Štátne zákony sa líšia v rozsahu a sile; niektoré regulujú iba zrušenie poistenia na základe genetických informácií, zatiaľ čo iné obmedzujú aj stanovenie prémií.[1][5] Poisťovne tvrdia, že prístup k genetickým informáciám je potrebný na výpočet rizík, podobne ako pri iných predikčných faktoroch.[1] Strach z diskriminácie bráni ľuďom účastniť sa genomického výskumu a testovania.[1] Autori článku Anya Prince a Theresa Eckel odporúčajú piate usmerňujúce otázky pre štátnu reguláciu, vrátane presných definícií genetických informácií, diskriminácie a ochrany rodinných genetických údajov.[5] Tieto otázky pomáhajú posilniť legislatívu proti diskriminácii v poisťovníctve.[5]</w:t>
      </w:r>
    </w:p>
    <w:p/>
    <w:p>
      <w:pPr>
        <w:jc w:val="center"/>
      </w:pPr>
      <w:r>
        <w:t>Vygenerované: 26.02.2026 21:08:40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