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Vo vedeckých časopisoch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Nemám prístup k obsahu článku z Science, zväzok 391, číslo 6788, strany 880-882, február 2026, preto nemôžem vytvoriť súhrn overených faktov. Dostupné vyhľadávacie výsledky poskytujú len všeobecné informácie o časopise Science, ako napríklad jeho vydavateľ (American Association for the Advancement of Science), týždenné vydávanie od roku 1880, približne 130 000 tlačených predplatiteľov a odhadovaný čitateľský počet jeden milión ľudí[1][2]. Neobsahujú špecifický text alebo zistenia z uvedeného čísla. Pre presný súhrn je potrebný priamy obsah článku.</w:t>
      </w:r>
    </w:p>
    <w:p/>
    <w:p>
      <w:pPr>
        <w:jc w:val="center"/>
      </w:pPr>
      <w:r>
        <w:t>Vygenerované: 26.02.2026 21:08:50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