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Trump Admin pozastaví financovanie Medicaid do Minnesoty kvôli obavám z podvodu</w:t>
      </w:r>
    </w:p>
    <w:p>
      <w:r>
        <w:t>Zdroj: MedPage Today</w:t>
      </w:r>
    </w:p>
    <w:p>
      <w:r>
        <w:t>Publikované: Thu, 26 Feb 2026 14:36:12 -0500</w:t>
      </w:r>
    </w:p>
    <w:p/>
    <w:p>
      <w:pPr>
        <w:pStyle w:val="Heading1"/>
      </w:pPr>
      <w:r>
        <w:t>Súhrn</w:t>
      </w:r>
    </w:p>
    <w:p>
      <w:r>
        <w:t>Viceprezident JD Vance oznámil, že Trumpova administratíva dočasne pozastaví financovanie Medicaid pre štát Minnesota kvôli obavám z podvodu.[1][2] Oznámenie urobil spolu s administrátorom Centers for Medicare and Medicaid Services Mehmetom Ozom.[1][2] Ide o sumu 259,5 milióna dolárov, z čoho 244 miliónov dolárov tvoria nepodložené alebo potenciálne podvodné nároky a 15 miliónov dolárov nároky osôb bez uspokojivého imigračného statusu.[1][2][4] Minnesota má 60 dní na predloženie plánu nápravných opatrení, aby fondy uvoľnili.[2][3] Ak štát nesplní požiadavky, môže byť odložených až 1 miliarda dolárov v nasledujúcom roku.[1] Toto je súčasť širšieho zásahu proti zneužívaniu verejných fondov.[1][2] Gubernér Tim Walz označil krok za trestanie demokratických štátov.[3][4]</w:t>
      </w:r>
    </w:p>
    <w:p/>
    <w:p>
      <w:pPr>
        <w:jc w:val="center"/>
      </w:pPr>
      <w:r>
        <w:t>Vygenerované: 26.02.2026 22:00:46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