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Ministerstvo spravodlivosti podporuje AbbVie v jej snahe zvrátiť coloradský zákon, ktorý riadi program zliav na lieky</w:t>
      </w:r>
    </w:p>
    <w:p>
      <w:r>
        <w:t>Zdroj: STAT News</w:t>
      </w:r>
    </w:p>
    <w:p>
      <w:r>
        <w:t>Publikované: Thu, 26 Feb 2026 21:41:02 +0000</w:t>
      </w:r>
    </w:p>
    <w:p/>
    <w:p>
      <w:pPr>
        <w:pStyle w:val="Heading1"/>
      </w:pPr>
      <w:r>
        <w:t>Súhrn</w:t>
      </w:r>
    </w:p>
    <w:p>
      <w:r>
        <w:t>Ministerstvo spravodlivosti USA podporuje spoločnosť AbbVie v jej úsilí zvrátiť zákon v štáte Colorado, ktorý riadi program zliav na lieky 340B.[1] Tento coloradský zákon zakazuje farmaceutickým firmám obmedzovať program zliav na lieky 340B.[1] Zákon odstraňuje schopnosť AbbVie stanoviť podmienky na ponuky v programe 340B.[1] Núti AbbVie predávať viac liekov za výrazné zľavy.[1] AbbVie bráni svoju výzvu voči coloradskému zákonu o zľavách na lieky.[1]</w:t>
      </w:r>
    </w:p>
    <w:p/>
    <w:p>
      <w:pPr>
        <w:jc w:val="center"/>
      </w:pPr>
      <w:r>
        <w:t>Vygenerované: 26.02.2026 23:00:37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