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Novinka GLP-1 pilulka vrcholí perorálny semaglutid na diabetes</w:t>
      </w:r>
    </w:p>
    <w:p>
      <w:r>
        <w:t>Zdroj: MedPage Today</w:t>
      </w:r>
    </w:p>
    <w:p>
      <w:r>
        <w:t>Publikované: Thu, 26 Feb 2026 15:40:55 -0500</w:t>
      </w:r>
    </w:p>
    <w:p/>
    <w:p>
      <w:pPr>
        <w:pStyle w:val="Heading1"/>
      </w:pPr>
      <w:r>
        <w:t>Súhrn</w:t>
      </w:r>
    </w:p>
    <w:p>
      <w:r>
        <w:t>Nová pilulka agonistu receptora GLP-1 prekonala perorálny semaglutid (Rybelsus) pri zlepšení hladiny glukózy v krvi u dospelých s diabetom 2. typu, ktorého stav nebol dostatočne kontrolovaný metformínom. Štúdia fázy III ACHIEVE-3 ukázala tieto výsledky.[1] Primárnym cieľom bolo sledovanie zníženia hladiny HbA1c, ukazovateľa dlhodobej hladiny cukru v krvi. Pacienti na novom lieku dosiahli lepšie zlepšenie glukózovej kontroly ako tí na semaglutide. Tento liek patrí do skupiny GLP-1 agonistov, podobných ako semaglutid.[1] Štúdia zahŕňala dospelých pacientov s nedostatočne kontrolovaným diabetom 2. typu na metformíne. Výsledky potvrdzujú vyššiu účinnosť novej pilulky oproti existujúcemu perorálnemu semaglutidu.[1]</w:t>
      </w:r>
    </w:p>
    <w:p/>
    <w:p>
      <w:pPr>
        <w:jc w:val="center"/>
      </w:pPr>
      <w:r>
        <w:t>Vygenerované: 26.02.2026 23:00:47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