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Jednotabletové kombinované kombinované režimy u starších pacientov s HIV</w:t>
      </w:r>
    </w:p>
    <w:p>
      <w:r>
        <w:t>Zdroj: MedPage Today</w:t>
      </w:r>
    </w:p>
    <w:p>
      <w:r>
        <w:t>Publikované: Fri, 27 Feb 2026 16:11:16 -0500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výsledkoch vyhľadávania sa nenachádza článok s názvom "Single-Tablet Combo Matched Complex Regimens in Older HIV Patients" z MedPage Today. Dostupné výsledky obsahujú informácie o lenacapaviare (Yeztugo) ako prevencii HIV a jeho použití v liečbe, ale nie konkrétny článok, ktorý ste požiadali zsumarizovať.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28.02.2026 00:00:52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