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Viac rodičov hovorí „nie“ injekciám vitamínu K pre novorodencov</w:t>
      </w:r>
    </w:p>
    <w:p>
      <w:r>
        <w:t>Zdroj: MedPage Today</w:t>
      </w:r>
    </w:p>
    <w:p>
      <w:r>
        <w:t>Publikované: Fri, 27 Feb 2026 17:39:42 -0500</w:t>
      </w:r>
    </w:p>
    <w:p/>
    <w:p>
      <w:pPr>
        <w:pStyle w:val="Heading1"/>
      </w:pPr>
      <w:r>
        <w:t>Súhrn</w:t>
      </w:r>
    </w:p>
    <w:p>
      <w:r>
        <w:t>Výskum vedený Detskou nemocnicou Filadelfie analyzoval údaje z viac ako 5 miliónov novorodencov narodených medzi rokmi 2017 a 2024 v 403 nemocniciach v celých USA[1]. Zistenia ukázali, že približne 200 000 novorodencov (3,92 %) nedostalo injekciu vitamínu K[1]. Podiel detí bez tejto injekcie sa zvýšil zo 2,92 % v roku 2017 na 5,18 % v roku 2024, čo predstavuje nárast o 77 % za osemročné obdobie[1]. Výskumníci na základe predchádzajúcich štúdií naznačujú, že hlavným dôvodom je pravdepodobne odmietnutie rodičov[1]. Novorodenci narodení vaginálnym pôrodom boli menej pravdepodobne zaočkovaní (4,2 %) v porovnaní s tými, ktorí sa narodili cisárskym rezom (3,2 %)[1]. Vitamín K je podľa výskumníkov bezpečný a účinný spôsob, ako zabrániť vážnym komplikáciám vrátane krvácania z nedostatku vitamínu K[1]. Výskumníci zdôrazňujú, že je potrebný ďalší výskum, aby sa zistilo, či tento trend vedie k nárastu zdravotných problémov u novorodencov[1].</w:t>
      </w:r>
    </w:p>
    <w:p/>
    <w:p>
      <w:pPr>
        <w:jc w:val="center"/>
      </w:pPr>
      <w:r>
        <w:t>Vygenerované: 28.02.2026 01:00:55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