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Triptolid zmierňuje poškodenie epiteliálnych buniek ľudskej rohovky vyvolané hyperosmotickým stresom inhibíciou pyroptózy sprostredkovanej zápalom NLRP3 prostredníctvom dráhy TLR4/NF-κB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Štúdia skúmala účinky triptolidu na poškodenie buniek rohovky vyvolané zvýšenou osmolalitou, ktorá je charakteristická pre suché oko[2]. Vedci testovali triptolid na ľudských epitelových bunkách rohovky v laboratórnych podmienkach, pričom porovnávali skupinu bez liečby, skupinu s triptolídom a skupinu len s triptolídom bez hyperosmotického stresu[2]. Výsledky ukázali, že hyperosmotický stres znížil množstvo živých buniek na 54,47 % a zvýšil mieru pyroptózy (typ bunkovej smrti) na 40,28 %, zatiaľ čo triptolid tieto negatívne účinky výrazne zlepšil – zvýšil počet živých buniek na 86,47 % a znížil pyroptózu na 17,01 %[2]. Triptolid tiež znížil hladiny zápalových látok IL-1β a IL-8, ktoré sú spojené s poškodením očného povrchu[2]. Mechanizmus účinku spočíval v inhibícii signálnej dráhy TLR4/NF-κB/NLRP3, ktorá riadi zápal a pyroptózu[2]. Triptolid nemal žiadne negatívne účinky na normálne bunky rohovky[2]. Autori záveru, že triptolid má potenciál pri liečbe ochorení očného povrchu spôsobených zvýšenou osmolalitou slz[2].</w:t>
      </w:r>
    </w:p>
    <w:p/>
    <w:p>
      <w:pPr>
        <w:jc w:val="center"/>
      </w:pPr>
      <w:r>
        <w:t>Vygenerované: 27.02.2026 07:00:48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