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Vylepšená presnosť korekcie astigmatizmu pomocou obrazom riadenej implantácie torickej ICL: porovnávacia klinická analýza s manuálnym osovým značením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porovnávala výsledky implantácie torickej vnútroočnej collamerovej šošovky (TICL) na korekciu krátkozrakosti a astigmatizmu u 250 pacientov (467 očí) pomocou navigácie riadenej obrazom oproti manuálnemu osovému značeniu. Predoperačné parametre boli medzi skupinami porovnateľné. Po 3 mesiacoch neboli významné rozdiely v sférickom ekvivalente (SE) ani korigovanej zrakovej ostrosti na diaľku (CDVA) (P &gt; 0,05). Sféra, valec a nekorigovaná zraková ostrosť na diaľku (UDVA) sa však významne líšili (P &lt; 0,05). Vektorová analýza ukázala významné zlepšenia v chirurgicky indukovanom astigmatizme (SIA), absolútnom rozdielovom vektore (DV), korekčnom indexe (CI) a absolútnom uhle chyby (AE) v skupine riadenej obrazom (P &lt; 0,05), bez rozdielov v cieľovom astigmatizme (TIA) alebo aritmetickom AE (P &gt; 0,05). Nevyskytli sa žiadne intraoperačné ani pooperačné komplikácie, ako edém rohovky alebo prolaps dúhovky. Implantácia TICL riadená obrazom dosiahla väčšiu presnosť korekcie astigmatizmu oproti manuálnemu metódu.</w:t>
      </w:r>
    </w:p>
    <w:p/>
    <w:p>
      <w:pPr>
        <w:jc w:val="center"/>
      </w:pPr>
      <w:r>
        <w:t>Vygenerované: 27.02.2026 07:01:19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