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Nežiaduce udalosti súvisiace s liekovými interakciami v kombinovanej liečbe tocilizumabom: retrospektívna analýza a klinické dôsledky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Retrospektívna štúdia analyzovala nežiaduce udalosti (AE) spojené s liekovými interakciami (DDI) tocilizumabu (TCZ) v kombinácii s DMARD, NSAID a glukokortikoidmi na základe údajov OpenVigil FDA z rokov 2004–2025. Z 11 liekov bolo identifikovaných 824 AE pomocou štyroch štatistických modelov, pričom 35,6 % (293/824) významne korelovalo s DDI a vyššou mierou hlásení. Najčastejšie postihnuté boli poruchy kostrovej a svalovej sústavy pri TCZ-DMARD a TCZ-NSAID. Špecifické riziká zahŕňali pozitívny anti-CCP, deformáciu ruky a pemfigus pri TCZ s metotrexátom, hydroxychlorochínom alebo leflunomidom; pemfigus, deformitu ruky, glosodýniu a perikarditídu pri TCZ s prednizónom; pozitívny anti-CCP, reumatickú horúčku, perforáciu dvanástnikového vredu a infekcie Helicobacter pri TCZ s diklofenakom. Dospelí (≥18 rokov) mali vyššie riziko infúznych reakcií pri TCZ s hydroxychlorochínom alebo sulfasalazínom a opuchov kĺbov pri TCZ s naproxénom; muži boli náchylnejší na stomatitídu pri TCZ s metotrexátom a opuchy kĺbov pri TCZ s ibuprofénom alebo naproxénom, ženy na infúzne reakcie pri TCZ s dexametazónom a abdominálny diskomfort pri TCZ s metylprednizolónom. Záver odporúča monitorovať sérologické parametre (CRP, anti-CCP), kožné/slizničné príznaky a infekcie pri kombinovanej liečbe.</w:t>
      </w:r>
    </w:p>
    <w:p/>
    <w:p>
      <w:pPr>
        <w:jc w:val="center"/>
      </w:pPr>
      <w:r>
        <w:t>Vygenerované: 27.02.2026 07:01:29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