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Pedagogika v praxi: kvalitatívna analýza vyučovacích metód založených na dôkazoch, ktoré používajú vysokoškolskí pedagogickí pedagógovia.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analyzovala 82 reflexných esejí študentov postgraduálneho vstupného lekárstva (GEM) na Swansea University Medical School, ktorí ako blízki rovesnícki pedagógovia (NPE) vyučovali anatómiu a fyziológiu v akademických rokoch 2022/23 a 2023/24. Účastníci absolvovali krátky „Program klinických pedagógov“ a podali reflexné správy. Hlavné zistenia odhalili dve prepojené témy: použitie kognitívnych nástrojov založených na dôkazoch, ako prax vyhľadávania, duálne kódovanie a konkrétne príklady na zvládanie kognitívnej záťaže. Druhá téma zahŕňala humanistický rámec s tvorbou psychologickej bezpečnosti, univerzálnym dizajnom a adaptívnymi stratégiami pre pohodu a inkluzívnosť žiakov. NPE tak prejavili sofistikované pedagogické remeslo spojujúce vedu o učení s vzťahovým prístupom. Autori navrhujú rozvíjať školenie NPE smerom k komunitám praxe a integrovať ho do klinického vzdelávania.</w:t>
      </w:r>
    </w:p>
    <w:p/>
    <w:p>
      <w:pPr>
        <w:jc w:val="center"/>
      </w:pPr>
      <w:r>
        <w:t>Vygenerované: 27.02.2026 07:01:48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