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Milena Auretta Rosso prvá talianska neurochirurgička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Milena Auretta Rosso je prvá talianska neurochirurgička. Narodila sa v roku 1943 v Janove v Taliansku. V roku 1969 s vyznamenaním ukončila štúdium všeobecného lekárstva na Univerzite Sapienza v Ríme. V roku 1972 na tej istej univerzite dokončila špecializáciu a stala sa prvou neurochirurgičkou v Taliansku. Počas kariéry čelila nepriateľstvu a mizogýnii. V roku 1974 utrpela nehodu so zlomeninou prsta na pravej ruke, čo ukončilo jej neurochirurgickú prax. Neskôr sa venovala iridológii a zostala v lekárskej oblasti. V súčasnosti pôsobí v Ríme, zúčastňuje sa konferencií a je autorkou knihy.</w:t>
      </w:r>
    </w:p>
    <w:p/>
    <w:p>
      <w:pPr>
        <w:jc w:val="center"/>
      </w:pPr>
      <w:r>
        <w:t>Vygenerované: 27.02.2026 07:01:56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