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kvality spánku a biomarkerov špecifických pre vnútorné ucho Otolin-1 a otokonín-90 so závažnosťou ochorenia pri benígnom paroxyzmálnom polohovom vertigu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zahŕňala 268 pacientov s benígnym paroxyzmálnym polohovým vertikom (BPPV) a 268 zdravých kontrol zodpovedajúcich veku a pohlaviu. Pacienti s BPPV mali významne vyššie sérové hladiny biomarkerov vnútorného ucha Otolin-1 (medián 12,64 ng/ml oproti 7,58 ng/ml) a otokonínu-90, ktoré boli nezávisle spojené s pravdepodobnosťou BPPV (upravený OR pre Otolin-1: 2,08, 95% CI: 1,49–2,91; pre otokonín-90: 1,71). Horšia kvalita spánku podľa Pittsburghského indexu kvality spánku (PSQI) bola spojená s väčšou závažnosťou závratov meranou Dizziness Handicap Inventory (DHI) (β = 2,14 na bod PSQI, 95% CI: 1,56–2,72). Vyššie skóre PSQI bolo tiež spojené so zvýšenými hladinami oboch biomarkerov, ktoré nezávisle súviseli so závažnosťou vertiga. Zahrnutie biomarkerov do modelov oslabilo asociáciu PSQI–DHI (β z 2,14 na 1,28) a zlepšilo vysvetľujúcu silu modelu (R² z 0,26 na 0,38). Prieskumné analýzy mediácie ukázali, že Otolin-1 a otokonín-90 štatisticky vysvetľovali približne 40 % a 29 % asociácie medzi kvalitou spánku a symptómami.</w:t>
      </w:r>
    </w:p>
    <w:p/>
    <w:p>
      <w:pPr>
        <w:jc w:val="center"/>
      </w:pPr>
      <w:r>
        <w:t>Vygenerované: 27.02.2026 07:45:33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