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Infekcia pľúc komplexom Mycobacterium avium napodobňuje uzliny rakoviny pľúc, ale zlepšuje sa po antibiotickej liečbe: séria prípadov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Infekcia pľúc komplexom Mycobacterium avium (MAC) môže napodobňovať uzliny rakoviny pľúc pri rutinnom zobrazovaní hrudníka, čo vedie k zbytočným invazívnym zákrokom. Autori popisujú tri prípady pacientov s minimálnymi alebo žiadnymi príznakmi, kde bola náhodne objavená pravdepodobná MAC infekcia vyžadujúca vylúčenie zhubného nádoru. Po podozrení na infekčnú príčinu boli pacienti empiricky liečení azitromycínom samostatne alebo v kombinácii s inými antibiotikami. Liečba viedla k zlepšeniu vzhľadu uzlín na röntgenových snímkach vo veľkosti, hustote alebo oboch, čím sa potvrdila infekčná etiológia. Tým sa zabránilo invazívnejším vyšetreniam a chirurgickým zákrokom. Tieto prípady ilustruje čoraz bežnejšiu infekciu, najmä v juhovýchodných štátoch USA. Empirická 3-mesačná kúra azitromycínu pri podozrení na MAC infekciu významne zmenšuje uzliny, čím sa potvrdzuje infekčný pôvod namiesto malignity.</w:t>
      </w:r>
    </w:p>
    <w:p/>
    <w:p>
      <w:pPr>
        <w:jc w:val="center"/>
      </w:pPr>
      <w:r>
        <w:t>Vygenerované: 27.02.2026 07:45:43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