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Rastový diferenciačný faktor 15 (GDF-15) ako modulátor steatózy pečene a fibrózy: poznatky zo 6-ročnej retrospektívnej kohortovej štúdie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skúmala úlohu proteínu GDF-15 pri ochoreniach pečene u 626 účastníkov počas 6 rokov. GDF-15 je cytokín indukovaný stresom, ktorý sa predpokladá, že chráni pred progresiou fibrózy a reguluje energetickú a lipidovú homeostázu. Výsledky ukázali, že GDF-15 bol pozitívne spojený so steatózou pečene (zvýšením o 37,14 jednotiek). U pacientov s vyšším príjmom alkoholu však interakcia GDF-15 s alkoholom bola negatívne spojená so stuhnutosťou pečene, čo naznačuje ochrannú úlohu. Inzulínová rezistencia (HOMA-IR) bola spojená so zvýšenou steatózou, ale jej interakcia s GDF-15 bola nepriamo spojená, čo poukazuje na ochrannú moduláciu. Štúdia naznačuje, že GDF-15 moduluje steatózu a fibrózu pečene u osôb s metabolickými rizikovými faktormi alebo rizikovými faktormi životného štýlu. Autori záveru, že GDF-15 má potenciál ako terapeutický cieľ a vyžaduje ďalšie skúmanie jeho úlohy v neuro-metabolicko-imunologickej osi.</w:t>
      </w:r>
    </w:p>
    <w:p/>
    <w:p>
      <w:pPr>
        <w:jc w:val="center"/>
      </w:pPr>
      <w:r>
        <w:t>Vygenerované: 27.02.2026 07:45:56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