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CD30-pozitívny variant intravaskulárneho veľkého B-bunkového lymfómu, ktorý sa prejavuje ako difúzna intersticiálna choroba pľúc a generalizovaná lymfadenopatia: kazuistika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Intravaskulárny veľkobunkový B-lymfóm (IVLBCL) je zriedkavá a agresívna rakovina, pri ktorej sa neoplastické B-bunky množia vo vnútri ciev. Bežne postihuje kožu, nervový systém alebo pečeň so slezinou, zriedka však lymfatické uzliny či difúznou intersticiálnou chorobou pľúc (DILD). U 62-ročného muža sa prejavil recidivujúcou horúčkou, progresívnou dušnosťou, bilaterálnym intersticiálnym ochorením pľúc na CT hrudníka a generalizovanou lymfadenopatiou na ultrazvuku. Počiatočná liečba priniesla zlepšenie, no ochorenie recidivovalo. Biopsia lymfatických uzlín potvrdila IVLBCL s intravaskulárnou a intrasinusoidálnou infiltráciou buniek lymfómu pri zachovanej architektúre uzlín. Nádorové bunky vykazovali difúznu silnú expresiu CD30 u ~70 % buniek. Tento prípad rozširuje spektrum prejavov IVLBCL o DILD a generalizovanú lymfadenopatiu.</w:t>
      </w:r>
    </w:p>
    <w:p/>
    <w:p>
      <w:pPr>
        <w:jc w:val="center"/>
      </w:pPr>
      <w:r>
        <w:t>Vygenerované: 27.02.2026 07:46:07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