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🦠 Ešte lepšie Imuno MD</w:t>
      </w:r>
    </w:p>
    <w:p>
      <w:r>
        <w:t>Zdroj: Email Newsletter</w:t>
      </w:r>
    </w:p>
    <w:p>
      <w:r>
        <w:t>Publikované: Fri, 27 Feb 2026 06:31:01 +0000</w:t>
      </w:r>
    </w:p>
    <w:p/>
    <w:p>
      <w:pPr>
        <w:pStyle w:val="Heading1"/>
      </w:pPr>
      <w:r>
        <w:t>Súhrn</w:t>
      </w:r>
    </w:p>
    <w:p>
      <w:r>
        <w:t>článku "Ešte lepšie Imuno MD": Článok je od Izabely z Mladí lekári, ktorá informuje o raste komunity Imuno MD na 920 členov. Cieľom je zlepšiť newsletter Imuno MD a urobiť ho hodnotnejším pre čitateľov. Čitateľov žiada o 3 minúty času na vyplnenie krátkeho dotazníka, ktorý má pomôcť vylepšiť obsah newslettera. Ako poďakovanie za vyplnenie dotazníka je ponúknutá 25% zľava na prvé ročné predplatné vzdelávacej platformy Amboss a prvé tri mesiace zdarma. Newsletter Imuno MD vydáva Liberio, s.r.o. z Bratislavy.</w:t>
      </w:r>
    </w:p>
    <w:p/>
    <w:p>
      <w:pPr>
        <w:jc w:val="center"/>
      </w:pPr>
      <w:r>
        <w:t>Vygenerované: 27.02.2026 07:46:12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