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ALS po zubnú niť: Tu sú tímy, ktoré súťažia v STAT Madness 2026</w:t>
      </w:r>
    </w:p>
    <w:p>
      <w:r>
        <w:t>Zdroj: STAT News</w:t>
      </w:r>
    </w:p>
    <w:p>
      <w:r>
        <w:t>Publikované: Fri, 27 Feb 2026 09:30:00 +0000</w:t>
      </w:r>
    </w:p>
    <w:p/>
    <w:p>
      <w:pPr>
        <w:pStyle w:val="Heading1"/>
      </w:pPr>
      <w:r>
        <w:t>Súhrn</w:t>
      </w:r>
    </w:p>
    <w:p>
      <w:r>
        <w:t>Článok predstavuje súťaž STAT Madness 2026 s 64 inováciami a objavmi v oblasti zdravotníctva a vedy. Medzi súťažiacimi tímami je genetický test na diagnostiku ALS (amyotrofickej laterálnej sklerózy). Ďalším príkladom je zubná niť schopná sledovať hladinu kortizolu v tele. Súťaž pokrýva rôznorodé inovácie od vážnych chorôb ako ALS až po bežné pomôcky ako zubná niť. Celkovo sa v nej predstavuje presne 64 projektov. Cieľom je zvýrazniť významné pokroky v medicíne a technológiách.</w:t>
      </w:r>
    </w:p>
    <w:p/>
    <w:p>
      <w:pPr>
        <w:jc w:val="center"/>
      </w:pPr>
      <w:r>
        <w:t>Vygenerované: 27.02.2026 11:00:44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