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stylesWithEffects.xml" ContentType="application/vnd.ms-word.stylesWithEffects+xml"/>
  <Override PartName="/word/theme/theme1.xml" ContentType="application/vnd.openxmlformats-officedocument.theme+xml"/>
  <Override PartName="/word/webSettings.xml" ContentType="application/vnd.openxmlformats-officedocument.wordprocessingml.webSettings+xml"/>
</Types>
</file>

<file path=_rels/.rels><?xml version='1.0' encoding='UTF-8' standalone='yes'?>
<Relationships xmlns="http://schemas.openxmlformats.org/package/2006/relationships"><Relationship Id="rId3" Type="http://schemas.openxmlformats.org/package/2006/relationships/metadata/core-properties" Target="docProps/core.xml"/><Relationship Id="rId4" Type="http://schemas.openxmlformats.org/officeDocument/2006/relationships/extended-properties" Target="docProps/app.xml"/><Relationship Id="rId1" Type="http://schemas.openxmlformats.org/officeDocument/2006/relationships/officeDocument" Target="word/document.xml"/><Relationship Id="rId2" Type="http://schemas.openxmlformats.org/package/2006/relationships/metadata/thumbnail" Target="docProps/thumbnail.jpeg"/></Relationships>
</file>

<file path=word/document.xml><?xml version="1.0" encoding="utf-8"?>
<w:document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>
      <w:pPr>
        <w:pStyle w:val="Title"/>
        <w:jc w:val="center"/>
      </w:pPr>
      <w:r>
        <w:t>Ľudské lieky Európska verejná hodnotiaca správa (EPAR): Rhapsido, remibrutinib, Stav: Stanovisko</w:t>
      </w:r>
    </w:p>
    <w:p>
      <w:r>
        <w:t>Zdroj: EMA New Medicines</w:t>
      </w:r>
    </w:p>
    <w:p>
      <w:r>
        <w:t>Publikované: Fri, 27 Feb 2026 12:00:00 +0100</w:t>
      </w:r>
    </w:p>
    <w:p/>
    <w:p>
      <w:pPr>
        <w:pStyle w:val="Heading1"/>
      </w:pPr>
      <w:r>
        <w:t>Súhrn</w:t>
      </w:r>
    </w:p>
    <w:p>
      <w:r>
        <w:t>Rhapsido (remibrutinib) je perorálny selektívny inhibítor Brutonovej tyrozínkinázy (BTK) schválený 30. septembra 2025 v USA na liečbu chronickej spontánnej urtikárie (CSU) u dospelých pacientov, ktorí zostávajú symptomatickí napriek liečbe H1 antihistaminikami.[3][2] V dvoch fázach 3 štúdiách REMIX-1 a REMIX-2 dosiahol významné zníženie UAS7 oproti placebu na 12. týždeň (LS mean zmena v REMIX-2: -19,41 s Rhapsido vs -11,73 s placebom; p&lt;0,001).[1] Na 12. týždeň dosiahol UAS7=0 (úplná absencia žihľavky a svrbenia) u pacientov a kumulatívny počet týždňov bez angioedému bol 8,81 s Rhapsido oproti 6,68 s placebom.[1] HSS7 sa znížilo priemerne o 10,47 bodu s Rhapsido oproti 6,00 s placebom a ISS7 o 8,95 bodu oproti 5,72.[4] Odporúčaná dávka je 25 mg dvakrát denne s jedlom alebo bez.[7][6] Liečivo inhibuje degranuláciu žírnych buniek a bazofilov, vrátane uvoľňovania histamínu a iných prozápalových mediátorov.[2] Štúdie preukázali konzistentné výsledky v kontrole príznakov CSU na 2. a 12. týždeň.[1]</w:t>
      </w:r>
    </w:p>
    <w:p/>
    <w:p>
      <w:pPr>
        <w:jc w:val="center"/>
      </w:pPr>
      <w:r>
        <w:t>Vygenerované: 27.02.2026 12:01:10</w:t>
      </w:r>
    </w:p>
    <w:sectPr w:rsidR="00FC693F" w:rsidRPr="0006063C" w:rsidSect="00034616">
      <w:pgSz w:w="12240" w:h="15840"/>
      <w:pgMar w:top="1440" w:right="1800" w:bottom="1440" w:left="180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0000000000000000000"/>
    <w:charset w:val="02"/>
    <w:family w:val="auto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auto"/>
    <w:pitch w:val="variable"/>
    <w:sig w:usb0="E0002AFF" w:usb1="C0007841" w:usb2="00000009" w:usb3="00000000" w:csb0="000001FF" w:csb1="00000000"/>
  </w:font>
  <w:font w:name="Cambria">
    <w:panose1 w:val="02040503050406030204"/>
    <w:charset w:val="00"/>
    <w:family w:val="auto"/>
    <w:pitch w:val="variable"/>
    <w:sig w:usb0="E00002FF" w:usb1="400004FF" w:usb2="00000000" w:usb3="00000000" w:csb0="0000019F" w:csb1="00000000"/>
  </w:font>
  <w:font w:name="ＭＳ 明朝">
    <w:panose1 w:val="00000000000000000000"/>
    <w:charset w:val="80"/>
    <w:family w:val="roman"/>
    <w:notTrueType/>
    <w:pitch w:val="fixed"/>
    <w:sig w:usb0="00000001" w:usb1="08070000" w:usb2="00000010" w:usb3="00000000" w:csb0="00020000" w:csb1="00000000"/>
  </w:font>
  <w:font w:name="Calibri">
    <w:panose1 w:val="020F0502020204030204"/>
    <w:charset w:val="00"/>
    <w:family w:val="auto"/>
    <w:pitch w:val="variable"/>
    <w:sig w:usb0="E10002FF" w:usb1="4000ACFF" w:usb2="00000009" w:usb3="00000000" w:csb0="0000019F" w:csb1="00000000"/>
  </w:font>
  <w:font w:name="ＭＳ ゴシック">
    <w:panose1 w:val="00000000000000000000"/>
    <w:charset w:val="80"/>
    <w:family w:val="modern"/>
    <w:notTrueType/>
    <w:pitch w:val="fixed"/>
    <w:sig w:usb0="00000001" w:usb1="08070000" w:usb2="00000010" w:usb3="00000000" w:csb0="00020000" w:csb1="00000000"/>
  </w:font>
  <w:font w:name="Courier">
    <w:panose1 w:val="02000500000000000000"/>
    <w:charset w:val="00"/>
    <w:family w:val="auto"/>
    <w:pitch w:val="variable"/>
    <w:sig w:usb0="00000003" w:usb1="00000000" w:usb2="00000000" w:usb3="00000000" w:csb0="00000001" w:csb1="00000000"/>
  </w:font>
  <w:font w:name="Arial">
    <w:panose1 w:val="020B0604020202020204"/>
    <w:charset w:val="00"/>
    <w:family w:val="auto"/>
    <w:pitch w:val="variable"/>
    <w:sig w:usb0="E0002AFF" w:usb1="C0007843" w:usb2="00000009" w:usb3="00000000" w:csb0="000001FF" w:csb1="00000000"/>
  </w:font>
</w:fonts>
</file>

<file path=word/numbering.xml><?xml version="1.0" encoding="utf-8"?>
<w:numbering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FFFFFF7C"/>
    <w:multiLevelType w:val="singleLevel"/>
    <w:tmpl w:val="C310EC42"/>
    <w:lvl w:ilvl="0">
      <w:start w:val="1"/>
      <w:numFmt w:val="decimal"/>
      <w:lvlText w:val="%1."/>
      <w:lvlJc w:val="left"/>
      <w:pPr>
        <w:tabs>
          <w:tab w:val="num" w:pos="1800"/>
        </w:tabs>
        <w:ind w:left="1800" w:hanging="360"/>
      </w:pPr>
    </w:lvl>
  </w:abstractNum>
  <w:abstractNum w:abstractNumId="1">
    <w:nsid w:val="FFFFFF7D"/>
    <w:multiLevelType w:val="singleLevel"/>
    <w:tmpl w:val="E4089024"/>
    <w:lvl w:ilvl="0">
      <w:start w:val="1"/>
      <w:numFmt w:val="decimal"/>
      <w:lvlText w:val="%1."/>
      <w:lvlJc w:val="left"/>
      <w:pPr>
        <w:tabs>
          <w:tab w:val="num" w:pos="1440"/>
        </w:tabs>
        <w:ind w:left="1440" w:hanging="360"/>
      </w:pPr>
    </w:lvl>
  </w:abstractNum>
  <w:abstractNum w:abstractNumId="2">
    <w:nsid w:val="FFFFFF7E"/>
    <w:multiLevelType w:val="singleLevel"/>
    <w:tmpl w:val="FB12693A"/>
    <w:lvl w:ilvl="0">
      <w:start w:val="1"/>
      <w:numFmt w:val="decimal"/>
      <w:pStyle w:val="ListNumber3"/>
      <w:lvlText w:val="%1."/>
      <w:lvlJc w:val="left"/>
      <w:pPr>
        <w:tabs>
          <w:tab w:val="num" w:pos="1080"/>
        </w:tabs>
        <w:ind w:left="1080" w:hanging="360"/>
      </w:pPr>
    </w:lvl>
  </w:abstractNum>
  <w:abstractNum w:abstractNumId="3">
    <w:nsid w:val="FFFFFF7F"/>
    <w:multiLevelType w:val="singleLevel"/>
    <w:tmpl w:val="38441652"/>
    <w:lvl w:ilvl="0">
      <w:start w:val="1"/>
      <w:numFmt w:val="decimal"/>
      <w:pStyle w:val="ListNumber2"/>
      <w:lvlText w:val="%1."/>
      <w:lvlJc w:val="left"/>
      <w:pPr>
        <w:tabs>
          <w:tab w:val="num" w:pos="720"/>
        </w:tabs>
        <w:ind w:left="720" w:hanging="360"/>
      </w:pPr>
    </w:lvl>
  </w:abstractNum>
  <w:abstractNum w:abstractNumId="4">
    <w:nsid w:val="FFFFFF81"/>
    <w:multiLevelType w:val="singleLevel"/>
    <w:tmpl w:val="171AC3A4"/>
    <w:lvl w:ilvl="0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</w:rPr>
    </w:lvl>
  </w:abstractNum>
  <w:abstractNum w:abstractNumId="5">
    <w:nsid w:val="FFFFFF82"/>
    <w:multiLevelType w:val="singleLevel"/>
    <w:tmpl w:val="F3EAFDEC"/>
    <w:lvl w:ilvl="0">
      <w:start w:val="1"/>
      <w:numFmt w:val="bullet"/>
      <w:pStyle w:val="ListBullet3"/>
      <w:lvlText w:val=""/>
      <w:lvlJc w:val="left"/>
      <w:pPr>
        <w:tabs>
          <w:tab w:val="num" w:pos="1080"/>
        </w:tabs>
        <w:ind w:left="1080" w:hanging="360"/>
      </w:pPr>
      <w:rPr>
        <w:rFonts w:ascii="Symbol" w:hAnsi="Symbol" w:hint="default"/>
      </w:rPr>
    </w:lvl>
  </w:abstractNum>
  <w:abstractNum w:abstractNumId="6">
    <w:nsid w:val="FFFFFF83"/>
    <w:multiLevelType w:val="singleLevel"/>
    <w:tmpl w:val="3D1EFFD4"/>
    <w:lvl w:ilvl="0">
      <w:start w:val="1"/>
      <w:numFmt w:val="bullet"/>
      <w:pStyle w:val="ListBullet2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</w:abstractNum>
  <w:abstractNum w:abstractNumId="7">
    <w:nsid w:val="FFFFFF88"/>
    <w:multiLevelType w:val="singleLevel"/>
    <w:tmpl w:val="D0A62B40"/>
    <w:lvl w:ilvl="0">
      <w:start w:val="1"/>
      <w:numFmt w:val="decimal"/>
      <w:pStyle w:val="ListNumber"/>
      <w:lvlText w:val="%1."/>
      <w:lvlJc w:val="left"/>
      <w:pPr>
        <w:tabs>
          <w:tab w:val="num" w:pos="360"/>
        </w:tabs>
        <w:ind w:left="360" w:hanging="360"/>
      </w:pPr>
    </w:lvl>
  </w:abstractNum>
  <w:abstractNum w:abstractNumId="8">
    <w:nsid w:val="FFFFFF89"/>
    <w:multiLevelType w:val="singleLevel"/>
    <w:tmpl w:val="29761A62"/>
    <w:lvl w:ilvl="0">
      <w:start w:val="1"/>
      <w:numFmt w:val="bullet"/>
      <w:pStyle w:val="ListBullet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hint="default"/>
      </w:rPr>
    </w:lvl>
  </w:abstractNum>
  <w:num w:numId="1">
    <w:abstractNumId w:val="8"/>
  </w:num>
  <w:num w:numId="2">
    <w:abstractNumId w:val="6"/>
  </w:num>
  <w:num w:numId="3">
    <w:abstractNumId w:val="5"/>
  </w:num>
  <w:num w:numId="4">
    <w:abstractNumId w:val="4"/>
  </w:num>
  <w:num w:numId="5">
    <w:abstractNumId w:val="7"/>
  </w:num>
  <w:num w:numId="6">
    <w:abstractNumId w:val="3"/>
  </w:num>
  <w:num w:numId="7">
    <w:abstractNumId w:val="2"/>
  </w:num>
  <w:num w:numId="8">
    <w:abstractNumId w:val="1"/>
  </w:num>
  <w:num w:numId="9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val="bestFit"/>
  <w:proofState w:spelling="clean" w:grammar="clean"/>
  <w:defaultTabStop w:val="720"/>
  <w:characterSpacingControl w:val="doNotCompress"/>
  <w:savePreviewPicture/>
  <w:compat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B47730"/>
    <w:rsid w:val="00034616"/>
    <w:rsid w:val="0006063C"/>
    <w:rsid w:val="0015074B"/>
    <w:rsid w:val="0029639D"/>
    <w:rsid w:val="00326F90"/>
    <w:rsid w:val="00AA1D8D"/>
    <w:rsid w:val="00B47730"/>
    <w:rsid w:val="00CB0664"/>
    <w:rsid w:val="00FC693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1027"/>
    <o:shapelayout v:ext="edit">
      <o:idmap v:ext="edit" data="1"/>
    </o:shapelayout>
  </w:shapeDefaults>
  <w:decimalSymbol w:val="."/>
  <w:listSeparator w:val=","/>
  <w14:docId w14:val="24062061"/>
  <w14:defaultImageDpi w14:val="300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FC693F"/>
  </w:style>
  <w:style w:type="paragraph" w:styleId="Header">
    <w:name w:val="header"/>
    <w:basedOn w:val="Normal"/>
    <w:link w:val="HeaderChar"/>
    <w:uiPriority w:val="99"/>
    <w:unhideWhenUsed/>
    <w:rsid w:val="00E618BF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E618BF"/>
  </w:style>
  <w:style w:type="paragraph" w:styleId="Footer">
    <w:name w:val="footer"/>
    <w:basedOn w:val="Normal"/>
    <w:link w:val="FooterChar"/>
    <w:uiPriority w:val="99"/>
    <w:unhideWhenUsed/>
    <w:rsid w:val="00E618BF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E618BF"/>
  </w:style>
  <w:style w:type="paragraph" w:styleId="Heading1">
    <w:name w:val="heading 1"/>
    <w:basedOn w:val="Normal"/>
    <w:next w:val="Normal"/>
    <w:link w:val="Heading1Char"/>
    <w:uiPriority w:val="9"/>
    <w:qFormat/>
    <w:rsid w:val="00FC693F"/>
    <w:pPr>
      <w:keepNext/>
      <w:keepLines/>
      <w:spacing w:before="480" w:after="0"/>
      <w:outlineLvl w:val="0"/>
    </w:pPr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paragraph" w:styleId="Heading2">
    <w:name w:val="heading 2"/>
    <w:basedOn w:val="Normal"/>
    <w:next w:val="Normal"/>
    <w:link w:val="Heading2Char"/>
    <w:uiPriority w:val="9"/>
    <w:unhideWhenUsed/>
    <w:qFormat/>
    <w:rsid w:val="00FC693F"/>
    <w:pPr>
      <w:keepNext/>
      <w:keepLines/>
      <w:spacing w:before="200" w:after="0"/>
      <w:outlineLvl w:val="1"/>
    </w:pPr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paragraph" w:styleId="Heading3">
    <w:name w:val="heading 3"/>
    <w:basedOn w:val="Normal"/>
    <w:next w:val="Normal"/>
    <w:link w:val="Heading3Char"/>
    <w:uiPriority w:val="9"/>
    <w:unhideWhenUsed/>
    <w:qFormat/>
    <w:rsid w:val="00FC693F"/>
    <w:pPr>
      <w:keepNext/>
      <w:keepLines/>
      <w:spacing w:before="200" w:after="0"/>
      <w:outlineLvl w:val="2"/>
    </w:pPr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FC693F"/>
    <w:pPr>
      <w:keepNext/>
      <w:keepLines/>
      <w:spacing w:before="200" w:after="0"/>
      <w:outlineLvl w:val="3"/>
    </w:pPr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FC693F"/>
    <w:pPr>
      <w:keepNext/>
      <w:keepLines/>
      <w:spacing w:before="200" w:after="0"/>
      <w:outlineLvl w:val="4"/>
    </w:pPr>
    <w:rPr>
      <w:rFonts w:asciiTheme="majorHAnsi" w:eastAsiaTheme="majorEastAsia" w:hAnsiTheme="majorHAnsi" w:cstheme="majorBidi"/>
      <w:color w:val="243F60" w:themeColor="accent1" w:themeShade="7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FC693F"/>
    <w:pPr>
      <w:keepNext/>
      <w:keepLines/>
      <w:spacing w:before="200" w:after="0"/>
      <w:outlineLvl w:val="5"/>
    </w:pPr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FC693F"/>
    <w:pPr>
      <w:keepNext/>
      <w:keepLines/>
      <w:spacing w:before="200" w:after="0"/>
      <w:outlineLvl w:val="6"/>
    </w:pPr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FC693F"/>
    <w:pPr>
      <w:keepNext/>
      <w:keepLines/>
      <w:spacing w:before="200" w:after="0"/>
      <w:outlineLvl w:val="7"/>
    </w:pPr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FC693F"/>
    <w:pPr>
      <w:keepNext/>
      <w:keepLines/>
      <w:spacing w:before="200" w:after="0"/>
      <w:outlineLvl w:val="8"/>
    </w:pPr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NoSpacing">
    <w:name w:val="No Spacing"/>
    <w:uiPriority w:val="1"/>
    <w:qFormat/>
    <w:rsid w:val="00FC693F"/>
    <w:pPr>
      <w:spacing w:after="0" w:line="240" w:lineRule="auto"/>
    </w:pPr>
  </w:style>
  <w:style w:type="character" w:customStyle="1" w:styleId="Heading1Char">
    <w:name w:val="Heading 1 Char"/>
    <w:basedOn w:val="DefaultParagraphFont"/>
    <w:link w:val="Heading1"/>
    <w:uiPriority w:val="9"/>
    <w:rsid w:val="00FC693F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character" w:customStyle="1" w:styleId="Heading2Char">
    <w:name w:val="Heading 2 Char"/>
    <w:basedOn w:val="DefaultParagraphFont"/>
    <w:link w:val="Heading2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character" w:customStyle="1" w:styleId="Heading3Char">
    <w:name w:val="Heading 3 Char"/>
    <w:basedOn w:val="DefaultParagraphFont"/>
    <w:link w:val="Heading3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Title">
    <w:name w:val="Title"/>
    <w:basedOn w:val="Normal"/>
    <w:next w:val="Normal"/>
    <w:link w:val="TitleChar"/>
    <w:uiPriority w:val="10"/>
    <w:qFormat/>
    <w:rsid w:val="00FC693F"/>
    <w:pPr>
      <w:pBdr>
        <w:bottom w:val="single" w:sz="8" w:space="4" w:color="4F81BD" w:themeColor="accent1"/>
      </w:pBdr>
      <w:spacing w:after="300" w:line="240" w:lineRule="auto"/>
      <w:contextualSpacing/>
    </w:pPr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character" w:customStyle="1" w:styleId="TitleChar">
    <w:name w:val="Title Char"/>
    <w:basedOn w:val="DefaultParagraphFont"/>
    <w:link w:val="Title"/>
    <w:uiPriority w:val="10"/>
    <w:rsid w:val="00FC693F"/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paragraph" w:styleId="Subtitle">
    <w:name w:val="Subtitle"/>
    <w:basedOn w:val="Normal"/>
    <w:next w:val="Normal"/>
    <w:link w:val="SubtitleChar"/>
    <w:uiPriority w:val="11"/>
    <w:qFormat/>
    <w:rsid w:val="00FC693F"/>
    <w:pPr>
      <w:numPr>
        <w:ilvl w:val="1"/>
      </w:numPr>
    </w:pPr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character" w:customStyle="1" w:styleId="SubtitleChar">
    <w:name w:val="Subtitle Char"/>
    <w:basedOn w:val="DefaultParagraphFont"/>
    <w:link w:val="Subtitle"/>
    <w:uiPriority w:val="11"/>
    <w:rsid w:val="00FC693F"/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paragraph" w:styleId="ListParagraph">
    <w:name w:val="List Paragraph"/>
    <w:basedOn w:val="Normal"/>
    <w:uiPriority w:val="34"/>
    <w:qFormat/>
    <w:rsid w:val="00FC693F"/>
    <w:pPr>
      <w:ind w:left="720"/>
      <w:contextualSpacing/>
    </w:pPr>
  </w:style>
  <w:style w:type="paragraph" w:styleId="BodyText">
    <w:name w:val="Body Text"/>
    <w:basedOn w:val="Normal"/>
    <w:link w:val="BodyTextChar"/>
    <w:uiPriority w:val="99"/>
    <w:unhideWhenUsed/>
    <w:rsid w:val="00AA1D8D"/>
    <w:pPr>
      <w:spacing w:after="120"/>
    </w:pPr>
  </w:style>
  <w:style w:type="character" w:customStyle="1" w:styleId="BodyTextChar">
    <w:name w:val="Body Text Char"/>
    <w:basedOn w:val="DefaultParagraphFont"/>
    <w:link w:val="BodyText"/>
    <w:uiPriority w:val="99"/>
    <w:rsid w:val="00AA1D8D"/>
  </w:style>
  <w:style w:type="paragraph" w:styleId="BodyText2">
    <w:name w:val="Body Text 2"/>
    <w:basedOn w:val="Normal"/>
    <w:link w:val="BodyText2Char"/>
    <w:uiPriority w:val="99"/>
    <w:unhideWhenUsed/>
    <w:rsid w:val="00AA1D8D"/>
    <w:pPr>
      <w:spacing w:after="120" w:line="480" w:lineRule="auto"/>
    </w:pPr>
  </w:style>
  <w:style w:type="character" w:customStyle="1" w:styleId="BodyText2Char">
    <w:name w:val="Body Text 2 Char"/>
    <w:basedOn w:val="DefaultParagraphFont"/>
    <w:link w:val="BodyText2"/>
    <w:uiPriority w:val="99"/>
    <w:rsid w:val="00AA1D8D"/>
  </w:style>
  <w:style w:type="paragraph" w:styleId="BodyText3">
    <w:name w:val="Body Text 3"/>
    <w:basedOn w:val="Normal"/>
    <w:link w:val="BodyText3Char"/>
    <w:uiPriority w:val="99"/>
    <w:unhideWhenUsed/>
    <w:rsid w:val="00AA1D8D"/>
    <w:pPr>
      <w:spacing w:after="120"/>
    </w:pPr>
    <w:rPr>
      <w:sz w:val="16"/>
      <w:szCs w:val="16"/>
    </w:rPr>
  </w:style>
  <w:style w:type="character" w:customStyle="1" w:styleId="BodyText3Char">
    <w:name w:val="Body Text 3 Char"/>
    <w:basedOn w:val="DefaultParagraphFont"/>
    <w:link w:val="BodyText3"/>
    <w:uiPriority w:val="99"/>
    <w:rsid w:val="00AA1D8D"/>
    <w:rPr>
      <w:sz w:val="16"/>
      <w:szCs w:val="16"/>
    </w:rPr>
  </w:style>
  <w:style w:type="paragraph" w:styleId="List">
    <w:name w:val="List"/>
    <w:basedOn w:val="Normal"/>
    <w:uiPriority w:val="99"/>
    <w:unhideWhenUsed/>
    <w:rsid w:val="00AA1D8D"/>
    <w:pPr>
      <w:ind w:left="360" w:hanging="360"/>
      <w:contextualSpacing/>
    </w:pPr>
  </w:style>
  <w:style w:type="paragraph" w:styleId="List2">
    <w:name w:val="List 2"/>
    <w:basedOn w:val="Normal"/>
    <w:uiPriority w:val="99"/>
    <w:unhideWhenUsed/>
    <w:rsid w:val="00326F90"/>
    <w:pPr>
      <w:ind w:left="720" w:hanging="360"/>
      <w:contextualSpacing/>
    </w:pPr>
  </w:style>
  <w:style w:type="paragraph" w:styleId="List3">
    <w:name w:val="List 3"/>
    <w:basedOn w:val="Normal"/>
    <w:uiPriority w:val="99"/>
    <w:unhideWhenUsed/>
    <w:rsid w:val="00326F90"/>
    <w:pPr>
      <w:ind w:left="1080" w:hanging="360"/>
      <w:contextualSpacing/>
    </w:pPr>
  </w:style>
  <w:style w:type="paragraph" w:styleId="ListBullet">
    <w:name w:val="List Bullet"/>
    <w:basedOn w:val="Normal"/>
    <w:uiPriority w:val="99"/>
    <w:unhideWhenUsed/>
    <w:rsid w:val="00326F90"/>
    <w:pPr>
      <w:numPr>
        <w:numId w:val="1"/>
      </w:numPr>
      <w:contextualSpacing/>
    </w:pPr>
  </w:style>
  <w:style w:type="paragraph" w:styleId="ListBullet2">
    <w:name w:val="List Bullet 2"/>
    <w:basedOn w:val="Normal"/>
    <w:uiPriority w:val="99"/>
    <w:unhideWhenUsed/>
    <w:rsid w:val="00326F90"/>
    <w:pPr>
      <w:numPr>
        <w:numId w:val="2"/>
      </w:numPr>
      <w:contextualSpacing/>
    </w:pPr>
  </w:style>
  <w:style w:type="paragraph" w:styleId="ListBullet3">
    <w:name w:val="List Bullet 3"/>
    <w:basedOn w:val="Normal"/>
    <w:uiPriority w:val="99"/>
    <w:unhideWhenUsed/>
    <w:rsid w:val="00326F90"/>
    <w:pPr>
      <w:numPr>
        <w:numId w:val="3"/>
      </w:numPr>
      <w:contextualSpacing/>
    </w:pPr>
  </w:style>
  <w:style w:type="paragraph" w:styleId="ListNumber">
    <w:name w:val="List Number"/>
    <w:basedOn w:val="Normal"/>
    <w:uiPriority w:val="99"/>
    <w:unhideWhenUsed/>
    <w:rsid w:val="00326F90"/>
    <w:pPr>
      <w:numPr>
        <w:numId w:val="5"/>
      </w:numPr>
      <w:contextualSpacing/>
    </w:pPr>
  </w:style>
  <w:style w:type="paragraph" w:styleId="ListNumber2">
    <w:name w:val="List Number 2"/>
    <w:basedOn w:val="Normal"/>
    <w:uiPriority w:val="99"/>
    <w:unhideWhenUsed/>
    <w:rsid w:val="0029639D"/>
    <w:pPr>
      <w:numPr>
        <w:numId w:val="6"/>
      </w:numPr>
      <w:contextualSpacing/>
    </w:pPr>
  </w:style>
  <w:style w:type="paragraph" w:styleId="ListNumber3">
    <w:name w:val="List Number 3"/>
    <w:basedOn w:val="Normal"/>
    <w:uiPriority w:val="99"/>
    <w:unhideWhenUsed/>
    <w:rsid w:val="0029639D"/>
    <w:pPr>
      <w:numPr>
        <w:numId w:val="7"/>
      </w:numPr>
      <w:contextualSpacing/>
    </w:pPr>
  </w:style>
  <w:style w:type="paragraph" w:styleId="ListContinue">
    <w:name w:val="List Continue"/>
    <w:basedOn w:val="Normal"/>
    <w:uiPriority w:val="99"/>
    <w:unhideWhenUsed/>
    <w:rsid w:val="0029639D"/>
    <w:pPr>
      <w:spacing w:after="120"/>
      <w:ind w:left="360"/>
      <w:contextualSpacing/>
    </w:pPr>
  </w:style>
  <w:style w:type="paragraph" w:styleId="ListContinue2">
    <w:name w:val="List Continue 2"/>
    <w:basedOn w:val="Normal"/>
    <w:uiPriority w:val="99"/>
    <w:unhideWhenUsed/>
    <w:rsid w:val="0029639D"/>
    <w:pPr>
      <w:spacing w:after="120"/>
      <w:ind w:left="720"/>
      <w:contextualSpacing/>
    </w:pPr>
  </w:style>
  <w:style w:type="paragraph" w:styleId="ListContinue3">
    <w:name w:val="List Continue 3"/>
    <w:basedOn w:val="Normal"/>
    <w:uiPriority w:val="99"/>
    <w:unhideWhenUsed/>
    <w:rsid w:val="0029639D"/>
    <w:pPr>
      <w:spacing w:after="120"/>
      <w:ind w:left="1080"/>
      <w:contextualSpacing/>
    </w:pPr>
  </w:style>
  <w:style w:type="paragraph" w:styleId="MacroText">
    <w:name w:val="macro"/>
    <w:link w:val="MacroTextChar"/>
    <w:uiPriority w:val="99"/>
    <w:unhideWhenUsed/>
    <w:rsid w:val="0029639D"/>
    <w:pPr>
      <w:tabs>
        <w:tab w:val="left" w:pos="576"/>
        <w:tab w:val="left" w:pos="1152"/>
        <w:tab w:val="left" w:pos="1728"/>
        <w:tab w:val="left" w:pos="2304"/>
        <w:tab w:val="left" w:pos="2880"/>
        <w:tab w:val="left" w:pos="3456"/>
        <w:tab w:val="left" w:pos="4032"/>
      </w:tabs>
    </w:pPr>
    <w:rPr>
      <w:rFonts w:ascii="Courier" w:hAnsi="Courier"/>
      <w:sz w:val="20"/>
      <w:szCs w:val="20"/>
    </w:rPr>
  </w:style>
  <w:style w:type="character" w:customStyle="1" w:styleId="MacroTextChar">
    <w:name w:val="Macro Text Char"/>
    <w:basedOn w:val="DefaultParagraphFont"/>
    <w:link w:val="MacroText"/>
    <w:uiPriority w:val="99"/>
    <w:rsid w:val="0029639D"/>
    <w:rPr>
      <w:rFonts w:ascii="Courier" w:hAnsi="Courier"/>
      <w:sz w:val="20"/>
      <w:szCs w:val="20"/>
    </w:rPr>
  </w:style>
  <w:style w:type="paragraph" w:styleId="Quote">
    <w:name w:val="Quote"/>
    <w:basedOn w:val="Normal"/>
    <w:next w:val="Normal"/>
    <w:link w:val="QuoteChar"/>
    <w:uiPriority w:val="29"/>
    <w:qFormat/>
    <w:rsid w:val="00FC693F"/>
    <w:rPr>
      <w:i/>
      <w:iCs/>
      <w:color w:val="000000" w:themeColor="text1"/>
    </w:rPr>
  </w:style>
  <w:style w:type="character" w:customStyle="1" w:styleId="QuoteChar">
    <w:name w:val="Quote Char"/>
    <w:basedOn w:val="DefaultParagraphFont"/>
    <w:link w:val="Quote"/>
    <w:uiPriority w:val="29"/>
    <w:rsid w:val="00FC693F"/>
    <w:rPr>
      <w:i/>
      <w:iCs/>
      <w:color w:val="000000" w:themeColor="text1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FC693F"/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FC693F"/>
    <w:rPr>
      <w:rFonts w:asciiTheme="majorHAnsi" w:eastAsiaTheme="majorEastAsia" w:hAnsiTheme="majorHAnsi" w:cstheme="majorBidi"/>
      <w:color w:val="243F60" w:themeColor="accent1" w:themeShade="7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FC693F"/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FC693F"/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paragraph" w:styleId="Caption">
    <w:name w:val="caption"/>
    <w:basedOn w:val="Normal"/>
    <w:next w:val="Normal"/>
    <w:uiPriority w:val="35"/>
    <w:semiHidden/>
    <w:unhideWhenUsed/>
    <w:qFormat/>
    <w:rsid w:val="00FC693F"/>
    <w:pPr>
      <w:spacing w:line="240" w:lineRule="auto"/>
    </w:pPr>
    <w:rPr>
      <w:b/>
      <w:bCs/>
      <w:color w:val="4F81BD" w:themeColor="accent1"/>
      <w:sz w:val="18"/>
      <w:szCs w:val="18"/>
    </w:rPr>
  </w:style>
  <w:style w:type="character" w:styleId="Strong">
    <w:name w:val="Strong"/>
    <w:basedOn w:val="DefaultParagraphFont"/>
    <w:uiPriority w:val="22"/>
    <w:qFormat/>
    <w:rsid w:val="00FC693F"/>
    <w:rPr>
      <w:b/>
      <w:bCs/>
    </w:rPr>
  </w:style>
  <w:style w:type="character" w:styleId="Emphasis">
    <w:name w:val="Emphasis"/>
    <w:basedOn w:val="DefaultParagraphFont"/>
    <w:uiPriority w:val="20"/>
    <w:qFormat/>
    <w:rsid w:val="00FC693F"/>
    <w:rPr>
      <w:i/>
      <w:iCs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FC693F"/>
    <w:pPr>
      <w:pBdr>
        <w:bottom w:val="single" w:sz="4" w:space="4" w:color="4F81BD" w:themeColor="accent1"/>
      </w:pBdr>
      <w:spacing w:before="200" w:after="280"/>
      <w:ind w:left="936" w:right="936"/>
    </w:pPr>
    <w:rPr>
      <w:b/>
      <w:bCs/>
      <w:i/>
      <w:iCs/>
      <w:color w:val="4F81BD" w:themeColor="accent1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FC693F"/>
    <w:rPr>
      <w:b/>
      <w:bCs/>
      <w:i/>
      <w:iCs/>
      <w:color w:val="4F81BD" w:themeColor="accent1"/>
    </w:rPr>
  </w:style>
  <w:style w:type="character" w:styleId="SubtleEmphasis">
    <w:name w:val="Subtle Emphasis"/>
    <w:basedOn w:val="DefaultParagraphFont"/>
    <w:uiPriority w:val="19"/>
    <w:qFormat/>
    <w:rsid w:val="00FC693F"/>
    <w:rPr>
      <w:i/>
      <w:iCs/>
      <w:color w:val="808080" w:themeColor="text1" w:themeTint="7F"/>
    </w:rPr>
  </w:style>
  <w:style w:type="character" w:styleId="IntenseEmphasis">
    <w:name w:val="Intense Emphasis"/>
    <w:basedOn w:val="DefaultParagraphFont"/>
    <w:uiPriority w:val="21"/>
    <w:qFormat/>
    <w:rsid w:val="00FC693F"/>
    <w:rPr>
      <w:b/>
      <w:bCs/>
      <w:i/>
      <w:iCs/>
      <w:color w:val="4F81BD" w:themeColor="accent1"/>
    </w:rPr>
  </w:style>
  <w:style w:type="character" w:styleId="SubtleReference">
    <w:name w:val="Subtle Reference"/>
    <w:basedOn w:val="DefaultParagraphFont"/>
    <w:uiPriority w:val="31"/>
    <w:qFormat/>
    <w:rsid w:val="00FC693F"/>
    <w:rPr>
      <w:smallCaps/>
      <w:color w:val="C0504D" w:themeColor="accent2"/>
      <w:u w:val="single"/>
    </w:rPr>
  </w:style>
  <w:style w:type="character" w:styleId="IntenseReference">
    <w:name w:val="Intense Reference"/>
    <w:basedOn w:val="DefaultParagraphFont"/>
    <w:uiPriority w:val="32"/>
    <w:qFormat/>
    <w:rsid w:val="00FC693F"/>
    <w:rPr>
      <w:b/>
      <w:bCs/>
      <w:smallCaps/>
      <w:color w:val="C0504D" w:themeColor="accent2"/>
      <w:spacing w:val="5"/>
      <w:u w:val="single"/>
    </w:rPr>
  </w:style>
  <w:style w:type="character" w:styleId="BookTitle">
    <w:name w:val="Book Title"/>
    <w:basedOn w:val="DefaultParagraphFont"/>
    <w:uiPriority w:val="33"/>
    <w:qFormat/>
    <w:rsid w:val="00FC693F"/>
    <w:rPr>
      <w:b/>
      <w:bCs/>
      <w:smallCaps/>
      <w:spacing w:val="5"/>
    </w:rPr>
  </w:style>
  <w:style w:type="paragraph" w:styleId="TOCHeading">
    <w:name w:val="TOC Heading"/>
    <w:basedOn w:val="Heading1"/>
    <w:next w:val="Normal"/>
    <w:uiPriority w:val="39"/>
    <w:semiHidden/>
    <w:unhideWhenUsed/>
    <w:qFormat/>
    <w:rsid w:val="00FC693F"/>
    <w:pPr>
      <w:outlineLvl w:val="9"/>
    </w:pPr>
  </w:style>
  <w:style w:type="table" w:styleId="TableGrid">
    <w:name w:val="Table Grid"/>
    <w:basedOn w:val="TableNormal"/>
    <w:uiPriority w:val="59"/>
    <w:rsid w:val="00FC693F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styleId="LightShading">
    <w:name w:val="Light Shading"/>
    <w:basedOn w:val="TableNormal"/>
    <w:uiPriority w:val="60"/>
    <w:rsid w:val="00FC693F"/>
    <w:pPr>
      <w:spacing w:after="0" w:line="240" w:lineRule="auto"/>
    </w:pPr>
    <w:rPr>
      <w:color w:val="000000" w:themeColor="text1" w:themeShade="BF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</w:style>
  <w:style w:type="table" w:styleId="LightShading-Accent1">
    <w:name w:val="Light Shading Accent 1"/>
    <w:basedOn w:val="TableNormal"/>
    <w:uiPriority w:val="60"/>
    <w:rsid w:val="00FC693F"/>
    <w:pPr>
      <w:spacing w:after="0" w:line="240" w:lineRule="auto"/>
    </w:pPr>
    <w:rPr>
      <w:color w:val="365F91" w:themeColor="accent1" w:themeShade="BF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</w:style>
  <w:style w:type="table" w:styleId="LightShading-Accent2">
    <w:name w:val="Light Shading Accent 2"/>
    <w:basedOn w:val="TableNormal"/>
    <w:uiPriority w:val="60"/>
    <w:rsid w:val="00FC693F"/>
    <w:pPr>
      <w:spacing w:after="0" w:line="240" w:lineRule="auto"/>
    </w:pPr>
    <w:rPr>
      <w:color w:val="943634" w:themeColor="accent2" w:themeShade="BF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</w:style>
  <w:style w:type="table" w:styleId="LightShading-Accent3">
    <w:name w:val="Light Shading Accent 3"/>
    <w:basedOn w:val="TableNormal"/>
    <w:uiPriority w:val="60"/>
    <w:rsid w:val="00FC693F"/>
    <w:pPr>
      <w:spacing w:after="0" w:line="240" w:lineRule="auto"/>
    </w:pPr>
    <w:rPr>
      <w:color w:val="76923C" w:themeColor="accent3" w:themeShade="BF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</w:style>
  <w:style w:type="table" w:styleId="LightShading-Accent4">
    <w:name w:val="Light Shading Accent 4"/>
    <w:basedOn w:val="TableNormal"/>
    <w:uiPriority w:val="60"/>
    <w:rsid w:val="00FC693F"/>
    <w:pPr>
      <w:spacing w:after="0" w:line="240" w:lineRule="auto"/>
    </w:pPr>
    <w:rPr>
      <w:color w:val="5F497A" w:themeColor="accent4" w:themeShade="BF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</w:style>
  <w:style w:type="table" w:styleId="LightShading-Accent5">
    <w:name w:val="Light Shading Accent 5"/>
    <w:basedOn w:val="TableNormal"/>
    <w:uiPriority w:val="60"/>
    <w:rsid w:val="00FC693F"/>
    <w:pPr>
      <w:spacing w:after="0" w:line="240" w:lineRule="auto"/>
    </w:pPr>
    <w:rPr>
      <w:color w:val="31849B" w:themeColor="accent5" w:themeShade="BF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</w:style>
  <w:style w:type="table" w:styleId="LightShading-Accent6">
    <w:name w:val="Light Shading Accent 6"/>
    <w:basedOn w:val="TableNormal"/>
    <w:uiPriority w:val="60"/>
    <w:rsid w:val="00FC693F"/>
    <w:pPr>
      <w:spacing w:after="0" w:line="240" w:lineRule="auto"/>
    </w:pPr>
    <w:rPr>
      <w:color w:val="E36C0A" w:themeColor="accent6" w:themeShade="BF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</w:style>
  <w:style w:type="table" w:styleId="LightList">
    <w:name w:val="Light List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</w:style>
  <w:style w:type="table" w:styleId="LightList-Accent1">
    <w:name w:val="Light List Accent 1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</w:style>
  <w:style w:type="table" w:styleId="LightList-Accent2">
    <w:name w:val="Light List Accent 2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</w:style>
  <w:style w:type="table" w:styleId="LightList-Accent3">
    <w:name w:val="Light List Accent 3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</w:style>
  <w:style w:type="table" w:styleId="LightList-Accent4">
    <w:name w:val="Light List Accent 4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</w:style>
  <w:style w:type="table" w:styleId="LightList-Accent5">
    <w:name w:val="Light List Accent 5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</w:style>
  <w:style w:type="table" w:styleId="LightList-Accent6">
    <w:name w:val="Light List Accent 6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</w:style>
  <w:style w:type="table" w:styleId="LightGrid">
    <w:name w:val="Light Grid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1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  <w:shd w:val="clear" w:color="auto" w:fill="C0C0C0" w:themeFill="text1" w:themeFillTint="3F"/>
      </w:tcPr>
    </w:tblStylePr>
    <w:tblStylePr w:type="band2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</w:tcPr>
    </w:tblStylePr>
  </w:style>
  <w:style w:type="table" w:styleId="LightGrid-Accent1">
    <w:name w:val="Light Grid Accent 1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1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  <w:shd w:val="clear" w:color="auto" w:fill="D3DFEE" w:themeFill="accent1" w:themeFillTint="3F"/>
      </w:tcPr>
    </w:tblStylePr>
    <w:tblStylePr w:type="band2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</w:tcPr>
    </w:tblStylePr>
  </w:style>
  <w:style w:type="table" w:styleId="LightGrid-Accent2">
    <w:name w:val="Light Grid Accent 2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1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  <w:shd w:val="clear" w:color="auto" w:fill="EFD3D2" w:themeFill="accent2" w:themeFillTint="3F"/>
      </w:tcPr>
    </w:tblStylePr>
    <w:tblStylePr w:type="band2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</w:tcPr>
    </w:tblStylePr>
  </w:style>
  <w:style w:type="table" w:styleId="LightGrid-Accent3">
    <w:name w:val="Light Grid Accent 3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1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  <w:shd w:val="clear" w:color="auto" w:fill="E6EED5" w:themeFill="accent3" w:themeFillTint="3F"/>
      </w:tcPr>
    </w:tblStylePr>
    <w:tblStylePr w:type="band2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</w:tcPr>
    </w:tblStylePr>
  </w:style>
  <w:style w:type="table" w:styleId="LightGrid-Accent4">
    <w:name w:val="Light Grid Accent 4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1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  <w:shd w:val="clear" w:color="auto" w:fill="DFD8E8" w:themeFill="accent4" w:themeFillTint="3F"/>
      </w:tcPr>
    </w:tblStylePr>
    <w:tblStylePr w:type="band2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</w:tcPr>
    </w:tblStylePr>
  </w:style>
  <w:style w:type="table" w:styleId="LightGrid-Accent5">
    <w:name w:val="Light Grid Accent 5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1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  <w:shd w:val="clear" w:color="auto" w:fill="D2EAF1" w:themeFill="accent5" w:themeFillTint="3F"/>
      </w:tcPr>
    </w:tblStylePr>
    <w:tblStylePr w:type="band2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</w:tcPr>
    </w:tblStylePr>
  </w:style>
  <w:style w:type="table" w:styleId="LightGrid-Accent6">
    <w:name w:val="Light Grid Accent 6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1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  <w:shd w:val="clear" w:color="auto" w:fill="FDE4D0" w:themeFill="accent6" w:themeFillTint="3F"/>
      </w:tcPr>
    </w:tblStylePr>
    <w:tblStylePr w:type="band2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</w:tcPr>
    </w:tblStylePr>
  </w:style>
  <w:style w:type="table" w:styleId="MediumShading1">
    <w:name w:val="Medium Shading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C0C0C0" w:themeFill="tex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1">
    <w:name w:val="Medium Shading 1 Accent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3DFEE" w:themeFill="accen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2">
    <w:name w:val="Medium Shading 1 Accent 2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FD3D2" w:themeFill="accent2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3">
    <w:name w:val="Medium Shading 1 Accent 3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6EED5" w:themeFill="accent3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4">
    <w:name w:val="Medium Shading 1 Accent 4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FD8E8" w:themeFill="accent4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5">
    <w:name w:val="Medium Shading 1 Accent 5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2EAF1" w:themeFill="accent5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6">
    <w:name w:val="Medium Shading 1 Accent 6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FDE4D0" w:themeFill="accent6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2">
    <w:name w:val="Medium Shading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1">
    <w:name w:val="Medium Shading 2 Accent 1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2">
    <w:name w:val="Medium Shading 2 Accent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3">
    <w:name w:val="Medium Shading 2 Accent 3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4">
    <w:name w:val="Medium Shading 2 Accent 4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5">
    <w:name w:val="Medium Shading 2 Accent 5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6">
    <w:name w:val="Medium Shading 2 Accent 6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List1">
    <w:name w:val="Medium Lis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000000" w:themeColor="tex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shd w:val="clear" w:color="auto" w:fill="C0C0C0" w:themeFill="text1" w:themeFillTint="3F"/>
      </w:tcPr>
    </w:tblStylePr>
  </w:style>
  <w:style w:type="table" w:styleId="MediumList1-Accent1">
    <w:name w:val="Medium List 1 Accen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F81BD" w:themeColor="accen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shd w:val="clear" w:color="auto" w:fill="D3DFEE" w:themeFill="accent1" w:themeFillTint="3F"/>
      </w:tcPr>
    </w:tblStylePr>
  </w:style>
  <w:style w:type="table" w:styleId="MediumList1-Accent2">
    <w:name w:val="Medium List 1 Accent 2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C0504D" w:themeColor="accent2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shd w:val="clear" w:color="auto" w:fill="EFD3D2" w:themeFill="accent2" w:themeFillTint="3F"/>
      </w:tcPr>
    </w:tblStylePr>
  </w:style>
  <w:style w:type="table" w:styleId="MediumList1-Accent3">
    <w:name w:val="Medium List 1 Accent 3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9BBB59" w:themeColor="accent3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shd w:val="clear" w:color="auto" w:fill="E6EED5" w:themeFill="accent3" w:themeFillTint="3F"/>
      </w:tcPr>
    </w:tblStylePr>
  </w:style>
  <w:style w:type="table" w:styleId="MediumList1-Accent4">
    <w:name w:val="Medium List 1 Accent 4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8064A2" w:themeColor="accent4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shd w:val="clear" w:color="auto" w:fill="DFD8E8" w:themeFill="accent4" w:themeFillTint="3F"/>
      </w:tcPr>
    </w:tblStylePr>
  </w:style>
  <w:style w:type="table" w:styleId="MediumList1-Accent5">
    <w:name w:val="Medium List 1 Accent 5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BACC6" w:themeColor="accent5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shd w:val="clear" w:color="auto" w:fill="D2EAF1" w:themeFill="accent5" w:themeFillTint="3F"/>
      </w:tcPr>
    </w:tblStylePr>
  </w:style>
  <w:style w:type="table" w:styleId="MediumList1-Accent6">
    <w:name w:val="Medium List 1 Accent 6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F79646" w:themeColor="accent6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shd w:val="clear" w:color="auto" w:fill="FDE4D0" w:themeFill="accent6" w:themeFillTint="3F"/>
      </w:tcPr>
    </w:tblStylePr>
  </w:style>
  <w:style w:type="table" w:styleId="MediumList2">
    <w:name w:val="Medium Lis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000000" w:themeColor="tex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000000" w:themeColor="tex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000000" w:themeColor="tex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C0C0C0" w:themeFill="tex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1">
    <w:name w:val="Medium List 2 Accent 1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F81BD" w:themeColor="accen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F81BD" w:themeColor="accen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F81BD" w:themeColor="accen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F81BD" w:themeColor="accen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3DFEE" w:themeFill="accen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2">
    <w:name w:val="Medium List 2 Accen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C0504D" w:themeColor="accent2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C0504D" w:themeColor="accent2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C0504D" w:themeColor="accent2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FD3D2" w:themeFill="accent2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3">
    <w:name w:val="Medium List 2 Accent 3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9BBB59" w:themeColor="accent3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9BBB59" w:themeColor="accent3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9BBB59" w:themeColor="accent3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6EED5" w:themeFill="accent3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4">
    <w:name w:val="Medium List 2 Accent 4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8064A2" w:themeColor="accent4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8064A2" w:themeColor="accent4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8064A2" w:themeColor="accent4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FD8E8" w:themeFill="accent4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5">
    <w:name w:val="Medium List 2 Accent 5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BACC6" w:themeColor="accent5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BACC6" w:themeColor="accent5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BACC6" w:themeColor="accent5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2EAF1" w:themeFill="accent5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6">
    <w:name w:val="Medium List 2 Accent 6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F79646" w:themeColor="accent6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F79646" w:themeColor="accent6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F79646" w:themeColor="accent6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FDE4D0" w:themeFill="accent6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Grid1">
    <w:name w:val="Medium Grid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  <w:insideV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404040" w:themeColor="tex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MediumGrid1-Accent1">
    <w:name w:val="Medium Grid 1 Accent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  <w:insideV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BA0CD" w:themeColor="accen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MediumGrid1-Accent2">
    <w:name w:val="Medium Grid 1 Accent 2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  <w:insideV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CF7B79" w:themeColor="accent2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MediumGrid1-Accent3">
    <w:name w:val="Medium Grid 1 Accent 3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  <w:insideV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B3CC82" w:themeColor="accent3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MediumGrid1-Accent4">
    <w:name w:val="Medium Grid 1 Accent 4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  <w:insideV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9F8AB9" w:themeColor="accent4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MediumGrid1-Accent5">
    <w:name w:val="Medium Grid 1 Accent 5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  <w:insideV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8C0D4" w:themeColor="accent5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MediumGrid1-Accent6">
    <w:name w:val="Medium Grid 1 Accent 6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  <w:insideV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F9B074" w:themeColor="accent6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  <w:style w:type="table" w:styleId="MediumGrid2">
    <w:name w:val="Medium Grid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color w:val="000000" w:themeColor="text1"/>
      </w:rPr>
      <w:tblPr/>
      <w:tcPr>
        <w:shd w:val="clear" w:color="auto" w:fill="E6E6E6" w:themeFill="tex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CCCCC" w:themeFill="text1" w:themeFillTint="33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tcBorders>
          <w:insideH w:val="single" w:sz="6" w:space="0" w:color="000000" w:themeColor="text1"/>
          <w:insideV w:val="single" w:sz="6" w:space="0" w:color="000000" w:themeColor="text1"/>
        </w:tcBorders>
        <w:shd w:val="clear" w:color="auto" w:fill="808080" w:themeFill="tex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1">
    <w:name w:val="Medium Grid 2 Accent 1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color w:val="000000" w:themeColor="text1"/>
      </w:rPr>
      <w:tblPr/>
      <w:tcPr>
        <w:shd w:val="clear" w:color="auto" w:fill="EDF2F8" w:themeFill="accen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BE5F1" w:themeFill="accent1" w:themeFillTint="33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tcBorders>
          <w:insideH w:val="single" w:sz="6" w:space="0" w:color="4F81BD" w:themeColor="accent1"/>
          <w:insideV w:val="single" w:sz="6" w:space="0" w:color="4F81BD" w:themeColor="accent1"/>
        </w:tcBorders>
        <w:shd w:val="clear" w:color="auto" w:fill="A7BFDE" w:themeFill="accen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2">
    <w:name w:val="Medium Grid 2 Accent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color w:val="000000" w:themeColor="text1"/>
      </w:rPr>
      <w:tblPr/>
      <w:tcPr>
        <w:shd w:val="clear" w:color="auto" w:fill="F8EDED" w:themeFill="accent2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2DBDB" w:themeFill="accent2" w:themeFillTint="33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tcBorders>
          <w:insideH w:val="single" w:sz="6" w:space="0" w:color="C0504D" w:themeColor="accent2"/>
          <w:insideV w:val="single" w:sz="6" w:space="0" w:color="C0504D" w:themeColor="accent2"/>
        </w:tcBorders>
        <w:shd w:val="clear" w:color="auto" w:fill="DFA7A6" w:themeFill="accent2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3">
    <w:name w:val="Medium Grid 2 Accent 3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color w:val="000000" w:themeColor="text1"/>
      </w:rPr>
      <w:tblPr/>
      <w:tcPr>
        <w:shd w:val="clear" w:color="auto" w:fill="F5F8EE" w:themeFill="accent3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AF1DD" w:themeFill="accent3" w:themeFillTint="33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tcBorders>
          <w:insideH w:val="single" w:sz="6" w:space="0" w:color="9BBB59" w:themeColor="accent3"/>
          <w:insideV w:val="single" w:sz="6" w:space="0" w:color="9BBB59" w:themeColor="accent3"/>
        </w:tcBorders>
        <w:shd w:val="clear" w:color="auto" w:fill="CDDDAC" w:themeFill="accent3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4">
    <w:name w:val="Medium Grid 2 Accent 4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color w:val="000000" w:themeColor="text1"/>
      </w:rPr>
      <w:tblPr/>
      <w:tcPr>
        <w:shd w:val="clear" w:color="auto" w:fill="F2EFF6" w:themeFill="accent4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5DFEC" w:themeFill="accent4" w:themeFillTint="33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tcBorders>
          <w:insideH w:val="single" w:sz="6" w:space="0" w:color="8064A2" w:themeColor="accent4"/>
          <w:insideV w:val="single" w:sz="6" w:space="0" w:color="8064A2" w:themeColor="accent4"/>
        </w:tcBorders>
        <w:shd w:val="clear" w:color="auto" w:fill="BFB1D0" w:themeFill="accent4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5">
    <w:name w:val="Medium Grid 2 Accent 5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color w:val="000000" w:themeColor="text1"/>
      </w:rPr>
      <w:tblPr/>
      <w:tcPr>
        <w:shd w:val="clear" w:color="auto" w:fill="EDF6F9" w:themeFill="accent5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AEEF3" w:themeFill="accent5" w:themeFillTint="33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tcBorders>
          <w:insideH w:val="single" w:sz="6" w:space="0" w:color="4BACC6" w:themeColor="accent5"/>
          <w:insideV w:val="single" w:sz="6" w:space="0" w:color="4BACC6" w:themeColor="accent5"/>
        </w:tcBorders>
        <w:shd w:val="clear" w:color="auto" w:fill="A5D5E2" w:themeFill="accent5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6">
    <w:name w:val="Medium Grid 2 Accent 6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color w:val="000000" w:themeColor="text1"/>
      </w:rPr>
      <w:tblPr/>
      <w:tcPr>
        <w:shd w:val="clear" w:color="auto" w:fill="FEF4EC" w:themeFill="accent6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9D9" w:themeFill="accent6" w:themeFillTint="33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tcBorders>
          <w:insideH w:val="single" w:sz="6" w:space="0" w:color="F79646" w:themeColor="accent6"/>
          <w:insideV w:val="single" w:sz="6" w:space="0" w:color="F79646" w:themeColor="accent6"/>
        </w:tcBorders>
        <w:shd w:val="clear" w:color="auto" w:fill="FBCAA2" w:themeFill="accent6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3">
    <w:name w:val="Medium Grid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808080" w:themeFill="tex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808080" w:themeFill="text1" w:themeFillTint="7F"/>
      </w:tcPr>
    </w:tblStylePr>
  </w:style>
  <w:style w:type="table" w:styleId="MediumGrid3-Accent1">
    <w:name w:val="Medium Grid 3 Accent 1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7BFDE" w:themeFill="accen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7BFDE" w:themeFill="accent1" w:themeFillTint="7F"/>
      </w:tcPr>
    </w:tblStylePr>
  </w:style>
  <w:style w:type="table" w:styleId="MediumGrid3-Accent2">
    <w:name w:val="Medium Grid 3 Accent 2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DFA7A6" w:themeFill="accent2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DFA7A6" w:themeFill="accent2" w:themeFillTint="7F"/>
      </w:tcPr>
    </w:tblStylePr>
  </w:style>
  <w:style w:type="table" w:styleId="MediumGrid3-Accent3">
    <w:name w:val="Medium Grid 3 Accent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CDDDAC" w:themeFill="accent3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CDDDAC" w:themeFill="accent3" w:themeFillTint="7F"/>
      </w:tcPr>
    </w:tblStylePr>
  </w:style>
  <w:style w:type="table" w:styleId="MediumGrid3-Accent4">
    <w:name w:val="Medium Grid 3 Accent 4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BFB1D0" w:themeFill="accent4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BFB1D0" w:themeFill="accent4" w:themeFillTint="7F"/>
      </w:tcPr>
    </w:tblStylePr>
  </w:style>
  <w:style w:type="table" w:styleId="MediumGrid3-Accent5">
    <w:name w:val="Medium Grid 3 Accent 5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5D5E2" w:themeFill="accent5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5D5E2" w:themeFill="accent5" w:themeFillTint="7F"/>
      </w:tcPr>
    </w:tblStylePr>
  </w:style>
  <w:style w:type="table" w:styleId="MediumGrid3-Accent6">
    <w:name w:val="Medium Grid 3 Accent 6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FBCAA2" w:themeFill="accent6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FBCAA2" w:themeFill="accent6" w:themeFillTint="7F"/>
      </w:tcPr>
    </w:tblStylePr>
  </w:style>
  <w:style w:type="table" w:styleId="DarkList">
    <w:name w:val="Dark List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000000" w:themeFill="tex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000000" w:themeFill="tex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</w:style>
  <w:style w:type="table" w:styleId="DarkList-Accent1">
    <w:name w:val="Dark List Accent 1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F81BD" w:themeFill="accen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43F60" w:themeFill="accen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65F91" w:themeFill="accen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</w:style>
  <w:style w:type="table" w:styleId="DarkList-Accent2">
    <w:name w:val="Dark List Accent 2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504D" w:themeFill="accent2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622423" w:themeFill="accent2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943634" w:themeFill="accent2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</w:style>
  <w:style w:type="table" w:styleId="DarkList-Accent3">
    <w:name w:val="Dark List Accent 3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9BBB59" w:themeFill="accent3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4E6128" w:themeFill="accent3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76923C" w:themeFill="accent3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</w:style>
  <w:style w:type="table" w:styleId="DarkList-Accent4">
    <w:name w:val="Dark List Accent 4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8064A2" w:themeFill="accent4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3F3151" w:themeFill="accent4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5F497A" w:themeFill="accent4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</w:style>
  <w:style w:type="table" w:styleId="DarkList-Accent5">
    <w:name w:val="Dark List Accent 5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BACC6" w:themeFill="accent5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05867" w:themeFill="accent5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1849B" w:themeFill="accent5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</w:style>
  <w:style w:type="table" w:styleId="DarkList-Accent6">
    <w:name w:val="Dark List Accent 6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79646" w:themeFill="accent6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974706" w:themeFill="accent6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E36C0A" w:themeFill="accent6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</w:style>
  <w:style w:type="table" w:styleId="ColorfulShading">
    <w:name w:val="Colorful Shading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000000" w:themeFill="tex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000000" w:themeColor="text1" w:themeShade="99"/>
          <w:insideV w:val="nil"/>
        </w:tcBorders>
        <w:shd w:val="clear" w:color="auto" w:fill="000000" w:themeFill="tex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shd w:val="clear" w:color="auto" w:fill="999999" w:themeFill="text1" w:themeFillTint="66"/>
      </w:tcPr>
    </w:tblStylePr>
    <w:tblStylePr w:type="band1Horz">
      <w:tblPr/>
      <w:tcPr>
        <w:shd w:val="clear" w:color="auto" w:fill="808080" w:themeFill="tex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1">
    <w:name w:val="Colorful Shading Accent 1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4F81BD" w:themeColor="accent1"/>
        <w:bottom w:val="single" w:sz="4" w:space="0" w:color="4F81BD" w:themeColor="accent1"/>
        <w:right w:val="single" w:sz="4" w:space="0" w:color="4F81BD" w:themeColor="accen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C4C74" w:themeFill="accen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C4C74" w:themeColor="accent1" w:themeShade="99"/>
          <w:insideV w:val="nil"/>
        </w:tcBorders>
        <w:shd w:val="clear" w:color="auto" w:fill="2C4C74" w:themeFill="accen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C4C74" w:themeFill="accent1" w:themeFillShade="99"/>
      </w:tcPr>
    </w:tblStylePr>
    <w:tblStylePr w:type="band1Vert">
      <w:tblPr/>
      <w:tcPr>
        <w:shd w:val="clear" w:color="auto" w:fill="B8CCE4" w:themeFill="accent1" w:themeFillTint="66"/>
      </w:tcPr>
    </w:tblStylePr>
    <w:tblStylePr w:type="band1Horz">
      <w:tblPr/>
      <w:tcPr>
        <w:shd w:val="clear" w:color="auto" w:fill="A7BFDE" w:themeFill="accen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2">
    <w:name w:val="Colorful Shading Accent 2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C0504D" w:themeColor="accent2"/>
        <w:bottom w:val="single" w:sz="4" w:space="0" w:color="C0504D" w:themeColor="accent2"/>
        <w:right w:val="single" w:sz="4" w:space="0" w:color="C0504D" w:themeColor="accent2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772C2A" w:themeFill="accent2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772C2A" w:themeColor="accent2" w:themeShade="99"/>
          <w:insideV w:val="nil"/>
        </w:tcBorders>
        <w:shd w:val="clear" w:color="auto" w:fill="772C2A" w:themeFill="accent2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72C2A" w:themeFill="accent2" w:themeFillShade="99"/>
      </w:tcPr>
    </w:tblStylePr>
    <w:tblStylePr w:type="band1Vert">
      <w:tblPr/>
      <w:tcPr>
        <w:shd w:val="clear" w:color="auto" w:fill="E5B8B7" w:themeFill="accent2" w:themeFillTint="66"/>
      </w:tcPr>
    </w:tblStylePr>
    <w:tblStylePr w:type="band1Horz">
      <w:tblPr/>
      <w:tcPr>
        <w:shd w:val="clear" w:color="auto" w:fill="DFA7A6" w:themeFill="accent2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3">
    <w:name w:val="Colorful Shading Accent 3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8064A2" w:themeColor="accent4"/>
        <w:left w:val="single" w:sz="4" w:space="0" w:color="9BBB59" w:themeColor="accent3"/>
        <w:bottom w:val="single" w:sz="4" w:space="0" w:color="9BBB59" w:themeColor="accent3"/>
        <w:right w:val="single" w:sz="4" w:space="0" w:color="9BBB59" w:themeColor="accent3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5E7530" w:themeFill="accent3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5E7530" w:themeColor="accent3" w:themeShade="99"/>
          <w:insideV w:val="nil"/>
        </w:tcBorders>
        <w:shd w:val="clear" w:color="auto" w:fill="5E7530" w:themeFill="accent3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E7530" w:themeFill="accent3" w:themeFillShade="99"/>
      </w:tcPr>
    </w:tblStylePr>
    <w:tblStylePr w:type="band1Vert">
      <w:tblPr/>
      <w:tcPr>
        <w:shd w:val="clear" w:color="auto" w:fill="D6E3BC" w:themeFill="accent3" w:themeFillTint="66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Shading-Accent4">
    <w:name w:val="Colorful Shading Accent 4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9BBB59" w:themeColor="accent3"/>
        <w:left w:val="single" w:sz="4" w:space="0" w:color="8064A2" w:themeColor="accent4"/>
        <w:bottom w:val="single" w:sz="4" w:space="0" w:color="8064A2" w:themeColor="accent4"/>
        <w:right w:val="single" w:sz="4" w:space="0" w:color="8064A2" w:themeColor="accent4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4C3B62" w:themeFill="accent4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4C3B62" w:themeColor="accent4" w:themeShade="99"/>
          <w:insideV w:val="nil"/>
        </w:tcBorders>
        <w:shd w:val="clear" w:color="auto" w:fill="4C3B62" w:themeFill="accent4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4C3B62" w:themeFill="accent4" w:themeFillShade="99"/>
      </w:tcPr>
    </w:tblStylePr>
    <w:tblStylePr w:type="band1Vert">
      <w:tblPr/>
      <w:tcPr>
        <w:shd w:val="clear" w:color="auto" w:fill="CCC0D9" w:themeFill="accent4" w:themeFillTint="66"/>
      </w:tcPr>
    </w:tblStylePr>
    <w:tblStylePr w:type="band1Horz">
      <w:tblPr/>
      <w:tcPr>
        <w:shd w:val="clear" w:color="auto" w:fill="BFB1D0" w:themeFill="accent4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5">
    <w:name w:val="Colorful Shading Accent 5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F79646" w:themeColor="accent6"/>
        <w:left w:val="single" w:sz="4" w:space="0" w:color="4BACC6" w:themeColor="accent5"/>
        <w:bottom w:val="single" w:sz="4" w:space="0" w:color="4BACC6" w:themeColor="accent5"/>
        <w:right w:val="single" w:sz="4" w:space="0" w:color="4BACC6" w:themeColor="accent5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76A7C" w:themeFill="accent5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76A7C" w:themeColor="accent5" w:themeShade="99"/>
          <w:insideV w:val="nil"/>
        </w:tcBorders>
        <w:shd w:val="clear" w:color="auto" w:fill="276A7C" w:themeFill="accent5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76A7C" w:themeFill="accent5" w:themeFillShade="99"/>
      </w:tcPr>
    </w:tblStylePr>
    <w:tblStylePr w:type="band1Vert">
      <w:tblPr/>
      <w:tcPr>
        <w:shd w:val="clear" w:color="auto" w:fill="B6DDE8" w:themeFill="accent5" w:themeFillTint="66"/>
      </w:tcPr>
    </w:tblStylePr>
    <w:tblStylePr w:type="band1Horz">
      <w:tblPr/>
      <w:tcPr>
        <w:shd w:val="clear" w:color="auto" w:fill="A5D5E2" w:themeFill="accent5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6">
    <w:name w:val="Colorful Shading Accent 6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4BACC6" w:themeColor="accent5"/>
        <w:left w:val="single" w:sz="4" w:space="0" w:color="F79646" w:themeColor="accent6"/>
        <w:bottom w:val="single" w:sz="4" w:space="0" w:color="F79646" w:themeColor="accent6"/>
        <w:right w:val="single" w:sz="4" w:space="0" w:color="F79646" w:themeColor="accent6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B65608" w:themeFill="accent6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B65608" w:themeColor="accent6" w:themeShade="99"/>
          <w:insideV w:val="nil"/>
        </w:tcBorders>
        <w:shd w:val="clear" w:color="auto" w:fill="B65608" w:themeFill="accent6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B65608" w:themeFill="accent6" w:themeFillShade="99"/>
      </w:tcPr>
    </w:tblStylePr>
    <w:tblStylePr w:type="band1Vert">
      <w:tblPr/>
      <w:tcPr>
        <w:shd w:val="clear" w:color="auto" w:fill="FBD4B4" w:themeFill="accent6" w:themeFillTint="66"/>
      </w:tcPr>
    </w:tblStylePr>
    <w:tblStylePr w:type="band1Horz">
      <w:tblPr/>
      <w:tcPr>
        <w:shd w:val="clear" w:color="auto" w:fill="FBCAA2" w:themeFill="accent6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List">
    <w:name w:val="Colorful List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table" w:styleId="ColorfulList-Accent1">
    <w:name w:val="Colorful List Accent 1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shd w:val="clear" w:color="auto" w:fill="DBE5F1" w:themeFill="accent1" w:themeFillTint="33"/>
      </w:tcPr>
    </w:tblStylePr>
  </w:style>
  <w:style w:type="table" w:styleId="ColorfulList-Accent2">
    <w:name w:val="Colorful List Accent 2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shd w:val="clear" w:color="auto" w:fill="F2DBDB" w:themeFill="accent2" w:themeFillTint="33"/>
      </w:tcPr>
    </w:tblStylePr>
  </w:style>
  <w:style w:type="table" w:styleId="ColorfulList-Accent3">
    <w:name w:val="Colorful List Accent 3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664E82" w:themeFill="accent4" w:themeFillShade="CC"/>
      </w:tcPr>
    </w:tblStylePr>
    <w:tblStylePr w:type="lastRow">
      <w:rPr>
        <w:b/>
        <w:bCs/>
        <w:color w:val="664E82" w:themeColor="accent4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shd w:val="clear" w:color="auto" w:fill="EAF1DD" w:themeFill="accent3" w:themeFillTint="33"/>
      </w:tcPr>
    </w:tblStylePr>
  </w:style>
  <w:style w:type="table" w:styleId="ColorfulList-Accent4">
    <w:name w:val="Colorful List Accent 4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7E9C40" w:themeFill="accent3" w:themeFillShade="CC"/>
      </w:tcPr>
    </w:tblStylePr>
    <w:tblStylePr w:type="lastRow">
      <w:rPr>
        <w:b/>
        <w:bCs/>
        <w:color w:val="7E9C40" w:themeColor="accent3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shd w:val="clear" w:color="auto" w:fill="E5DFEC" w:themeFill="accent4" w:themeFillTint="33"/>
      </w:tcPr>
    </w:tblStylePr>
  </w:style>
  <w:style w:type="table" w:styleId="ColorfulList-Accent5">
    <w:name w:val="Colorful List Accent 5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F2730A" w:themeFill="accent6" w:themeFillShade="CC"/>
      </w:tcPr>
    </w:tblStylePr>
    <w:tblStylePr w:type="lastRow">
      <w:rPr>
        <w:b/>
        <w:bCs/>
        <w:color w:val="F2730A" w:themeColor="accent6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shd w:val="clear" w:color="auto" w:fill="DAEEF3" w:themeFill="accent5" w:themeFillTint="33"/>
      </w:tcPr>
    </w:tblStylePr>
  </w:style>
  <w:style w:type="table" w:styleId="ColorfulList-Accent6">
    <w:name w:val="Colorful List Accent 6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348DA5" w:themeFill="accent5" w:themeFillShade="CC"/>
      </w:tcPr>
    </w:tblStylePr>
    <w:tblStylePr w:type="lastRow">
      <w:rPr>
        <w:b/>
        <w:bCs/>
        <w:color w:val="348DA5" w:themeColor="accent5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shd w:val="clear" w:color="auto" w:fill="FDE9D9" w:themeFill="accent6" w:themeFillTint="33"/>
      </w:tcPr>
    </w:tblStylePr>
  </w:style>
  <w:style w:type="table" w:styleId="ColorfulGrid">
    <w:name w:val="Colorful Grid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CCCCC" w:themeFill="text1" w:themeFillTint="33"/>
    </w:tcPr>
    <w:tblStylePr w:type="firstRow">
      <w:rPr>
        <w:b/>
        <w:bCs/>
      </w:rPr>
      <w:tblPr/>
      <w:tcPr>
        <w:shd w:val="clear" w:color="auto" w:fill="999999" w:themeFill="tex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999999" w:themeFill="text1" w:themeFillTint="66"/>
      </w:tcPr>
    </w:tblStylePr>
    <w:tblStylePr w:type="fir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la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ColorfulGrid-Accent1">
    <w:name w:val="Colorful Grid Accent 1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BE5F1" w:themeFill="accent1" w:themeFillTint="33"/>
    </w:tcPr>
    <w:tblStylePr w:type="firstRow">
      <w:rPr>
        <w:b/>
        <w:bCs/>
      </w:rPr>
      <w:tblPr/>
      <w:tcPr>
        <w:shd w:val="clear" w:color="auto" w:fill="B8CCE4" w:themeFill="accen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8CCE4" w:themeFill="accent1" w:themeFillTint="66"/>
      </w:tcPr>
    </w:tblStylePr>
    <w:tblStylePr w:type="fir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la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ColorfulGrid-Accent2">
    <w:name w:val="Colorful Grid Accent 2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DBDB" w:themeFill="accent2" w:themeFillTint="33"/>
    </w:tcPr>
    <w:tblStylePr w:type="firstRow">
      <w:rPr>
        <w:b/>
        <w:bCs/>
      </w:rPr>
      <w:tblPr/>
      <w:tcPr>
        <w:shd w:val="clear" w:color="auto" w:fill="E5B8B7" w:themeFill="accent2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E5B8B7" w:themeFill="accent2" w:themeFillTint="66"/>
      </w:tcPr>
    </w:tblStylePr>
    <w:tblStylePr w:type="fir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la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ColorfulGrid-Accent3">
    <w:name w:val="Colorful Grid Accent 3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AF1DD" w:themeFill="accent3" w:themeFillTint="33"/>
    </w:tcPr>
    <w:tblStylePr w:type="firstRow">
      <w:rPr>
        <w:b/>
        <w:bCs/>
      </w:rPr>
      <w:tblPr/>
      <w:tcPr>
        <w:shd w:val="clear" w:color="auto" w:fill="D6E3BC" w:themeFill="accent3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D6E3BC" w:themeFill="accent3" w:themeFillTint="66"/>
      </w:tcPr>
    </w:tblStylePr>
    <w:tblStylePr w:type="fir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la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Grid-Accent4">
    <w:name w:val="Colorful Grid Accent 4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5DFEC" w:themeFill="accent4" w:themeFillTint="33"/>
    </w:tcPr>
    <w:tblStylePr w:type="firstRow">
      <w:rPr>
        <w:b/>
        <w:bCs/>
      </w:rPr>
      <w:tblPr/>
      <w:tcPr>
        <w:shd w:val="clear" w:color="auto" w:fill="CCC0D9" w:themeFill="accent4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CCC0D9" w:themeFill="accent4" w:themeFillTint="66"/>
      </w:tcPr>
    </w:tblStylePr>
    <w:tblStylePr w:type="fir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la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ColorfulGrid-Accent5">
    <w:name w:val="Colorful Grid Accent 5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AEEF3" w:themeFill="accent5" w:themeFillTint="33"/>
    </w:tcPr>
    <w:tblStylePr w:type="firstRow">
      <w:rPr>
        <w:b/>
        <w:bCs/>
      </w:rPr>
      <w:tblPr/>
      <w:tcPr>
        <w:shd w:val="clear" w:color="auto" w:fill="B6DDE8" w:themeFill="accent5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6DDE8" w:themeFill="accent5" w:themeFillTint="66"/>
      </w:tcPr>
    </w:tblStylePr>
    <w:tblStylePr w:type="fir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la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ColorfulGrid-Accent6">
    <w:name w:val="Colorful Grid Accent 6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9D9" w:themeFill="accent6" w:themeFillTint="33"/>
    </w:tcPr>
    <w:tblStylePr w:type="firstRow">
      <w:rPr>
        <w:b/>
        <w:bCs/>
      </w:rPr>
      <w:tblPr/>
      <w:tcPr>
        <w:shd w:val="clear" w:color="auto" w:fill="FBD4B4" w:themeFill="accent6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FBD4B4" w:themeFill="accent6" w:themeFillTint="66"/>
      </w:tcPr>
    </w:tblStylePr>
    <w:tblStylePr w:type="fir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la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</w:styles>
</file>

<file path=word/stylesWithEffects.xml><?xml version="1.0" encoding="utf-8"?>
<w:styles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FC693F"/>
  </w:style>
  <w:style w:type="paragraph" w:styleId="Heading1">
    <w:name w:val="heading 1"/>
    <w:basedOn w:val="Normal"/>
    <w:next w:val="Normal"/>
    <w:link w:val="Heading1Char"/>
    <w:uiPriority w:val="9"/>
    <w:qFormat/>
    <w:rsid w:val="00FC693F"/>
    <w:pPr>
      <w:keepNext/>
      <w:keepLines/>
      <w:spacing w:before="480" w:after="0"/>
      <w:outlineLvl w:val="0"/>
    </w:pPr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paragraph" w:styleId="Heading2">
    <w:name w:val="heading 2"/>
    <w:basedOn w:val="Normal"/>
    <w:next w:val="Normal"/>
    <w:link w:val="Heading2Char"/>
    <w:uiPriority w:val="9"/>
    <w:unhideWhenUsed/>
    <w:qFormat/>
    <w:rsid w:val="00FC693F"/>
    <w:pPr>
      <w:keepNext/>
      <w:keepLines/>
      <w:spacing w:before="200" w:after="0"/>
      <w:outlineLvl w:val="1"/>
    </w:pPr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paragraph" w:styleId="Heading3">
    <w:name w:val="heading 3"/>
    <w:basedOn w:val="Normal"/>
    <w:next w:val="Normal"/>
    <w:link w:val="Heading3Char"/>
    <w:uiPriority w:val="9"/>
    <w:unhideWhenUsed/>
    <w:qFormat/>
    <w:rsid w:val="00FC693F"/>
    <w:pPr>
      <w:keepNext/>
      <w:keepLines/>
      <w:spacing w:before="200" w:after="0"/>
      <w:outlineLvl w:val="2"/>
    </w:pPr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FC693F"/>
    <w:pPr>
      <w:keepNext/>
      <w:keepLines/>
      <w:spacing w:before="200" w:after="0"/>
      <w:outlineLvl w:val="3"/>
    </w:pPr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FC693F"/>
    <w:pPr>
      <w:keepNext/>
      <w:keepLines/>
      <w:spacing w:before="200" w:after="0"/>
      <w:outlineLvl w:val="4"/>
    </w:pPr>
    <w:rPr>
      <w:rFonts w:asciiTheme="majorHAnsi" w:eastAsiaTheme="majorEastAsia" w:hAnsiTheme="majorHAnsi" w:cstheme="majorBidi"/>
      <w:color w:val="243F60" w:themeColor="accent1" w:themeShade="7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FC693F"/>
    <w:pPr>
      <w:keepNext/>
      <w:keepLines/>
      <w:spacing w:before="200" w:after="0"/>
      <w:outlineLvl w:val="5"/>
    </w:pPr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FC693F"/>
    <w:pPr>
      <w:keepNext/>
      <w:keepLines/>
      <w:spacing w:before="200" w:after="0"/>
      <w:outlineLvl w:val="6"/>
    </w:pPr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FC693F"/>
    <w:pPr>
      <w:keepNext/>
      <w:keepLines/>
      <w:spacing w:before="200" w:after="0"/>
      <w:outlineLvl w:val="7"/>
    </w:pPr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FC693F"/>
    <w:pPr>
      <w:keepNext/>
      <w:keepLines/>
      <w:spacing w:before="200" w:after="0"/>
      <w:outlineLvl w:val="8"/>
    </w:pPr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NoSpacing">
    <w:name w:val="No Spacing"/>
    <w:uiPriority w:val="1"/>
    <w:qFormat/>
    <w:rsid w:val="00FC693F"/>
    <w:pPr>
      <w:spacing w:after="0" w:line="240" w:lineRule="auto"/>
    </w:pPr>
  </w:style>
  <w:style w:type="character" w:customStyle="1" w:styleId="Heading1Char">
    <w:name w:val="Heading 1 Char"/>
    <w:basedOn w:val="DefaultParagraphFont"/>
    <w:link w:val="Heading1"/>
    <w:uiPriority w:val="9"/>
    <w:rsid w:val="00FC693F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character" w:customStyle="1" w:styleId="Heading2Char">
    <w:name w:val="Heading 2 Char"/>
    <w:basedOn w:val="DefaultParagraphFont"/>
    <w:link w:val="Heading2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character" w:customStyle="1" w:styleId="Heading3Char">
    <w:name w:val="Heading 3 Char"/>
    <w:basedOn w:val="DefaultParagraphFont"/>
    <w:link w:val="Heading3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Title">
    <w:name w:val="Title"/>
    <w:basedOn w:val="Normal"/>
    <w:next w:val="Normal"/>
    <w:link w:val="TitleChar"/>
    <w:uiPriority w:val="10"/>
    <w:qFormat/>
    <w:rsid w:val="00FC693F"/>
    <w:pPr>
      <w:pBdr>
        <w:bottom w:val="single" w:sz="8" w:space="4" w:color="4F81BD" w:themeColor="accent1"/>
      </w:pBdr>
      <w:spacing w:after="300" w:line="240" w:lineRule="auto"/>
      <w:contextualSpacing/>
    </w:pPr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character" w:customStyle="1" w:styleId="TitleChar">
    <w:name w:val="Title Char"/>
    <w:basedOn w:val="DefaultParagraphFont"/>
    <w:link w:val="Title"/>
    <w:uiPriority w:val="10"/>
    <w:rsid w:val="00FC693F"/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paragraph" w:styleId="Subtitle">
    <w:name w:val="Subtitle"/>
    <w:basedOn w:val="Normal"/>
    <w:next w:val="Normal"/>
    <w:link w:val="SubtitleChar"/>
    <w:uiPriority w:val="11"/>
    <w:qFormat/>
    <w:rsid w:val="00FC693F"/>
    <w:pPr>
      <w:numPr>
        <w:ilvl w:val="1"/>
      </w:numPr>
    </w:pPr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character" w:customStyle="1" w:styleId="SubtitleChar">
    <w:name w:val="Subtitle Char"/>
    <w:basedOn w:val="DefaultParagraphFont"/>
    <w:link w:val="Subtitle"/>
    <w:uiPriority w:val="11"/>
    <w:rsid w:val="00FC693F"/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paragraph" w:styleId="ListParagraph">
    <w:name w:val="List Paragraph"/>
    <w:basedOn w:val="Normal"/>
    <w:uiPriority w:val="34"/>
    <w:qFormat/>
    <w:rsid w:val="00FC693F"/>
    <w:pPr>
      <w:ind w:left="720"/>
      <w:contextualSpacing/>
    </w:pPr>
  </w:style>
  <w:style w:type="paragraph" w:styleId="BodyText">
    <w:name w:val="Body Text"/>
    <w:basedOn w:val="Normal"/>
    <w:link w:val="BodyTextChar"/>
    <w:uiPriority w:val="99"/>
    <w:unhideWhenUsed/>
    <w:rsid w:val="00AA1D8D"/>
    <w:pPr>
      <w:spacing w:after="120"/>
    </w:pPr>
  </w:style>
  <w:style w:type="character" w:customStyle="1" w:styleId="BodyTextChar">
    <w:name w:val="Body Text Char"/>
    <w:basedOn w:val="DefaultParagraphFont"/>
    <w:link w:val="BodyText"/>
    <w:uiPriority w:val="99"/>
    <w:rsid w:val="00AA1D8D"/>
  </w:style>
  <w:style w:type="paragraph" w:styleId="BodyText2">
    <w:name w:val="Body Text 2"/>
    <w:basedOn w:val="Normal"/>
    <w:link w:val="BodyText2Char"/>
    <w:uiPriority w:val="99"/>
    <w:unhideWhenUsed/>
    <w:rsid w:val="00AA1D8D"/>
    <w:pPr>
      <w:spacing w:after="120" w:line="480" w:lineRule="auto"/>
    </w:pPr>
  </w:style>
  <w:style w:type="character" w:customStyle="1" w:styleId="BodyText2Char">
    <w:name w:val="Body Text 2 Char"/>
    <w:basedOn w:val="DefaultParagraphFont"/>
    <w:link w:val="BodyText2"/>
    <w:uiPriority w:val="99"/>
    <w:rsid w:val="00AA1D8D"/>
  </w:style>
  <w:style w:type="paragraph" w:styleId="BodyText3">
    <w:name w:val="Body Text 3"/>
    <w:basedOn w:val="Normal"/>
    <w:link w:val="BodyText3Char"/>
    <w:uiPriority w:val="99"/>
    <w:unhideWhenUsed/>
    <w:rsid w:val="00AA1D8D"/>
    <w:pPr>
      <w:spacing w:after="120"/>
    </w:pPr>
    <w:rPr>
      <w:sz w:val="16"/>
      <w:szCs w:val="16"/>
    </w:rPr>
  </w:style>
  <w:style w:type="character" w:customStyle="1" w:styleId="BodyText3Char">
    <w:name w:val="Body Text 3 Char"/>
    <w:basedOn w:val="DefaultParagraphFont"/>
    <w:link w:val="BodyText3"/>
    <w:uiPriority w:val="99"/>
    <w:rsid w:val="00AA1D8D"/>
    <w:rPr>
      <w:sz w:val="16"/>
      <w:szCs w:val="16"/>
    </w:rPr>
  </w:style>
  <w:style w:type="paragraph" w:styleId="List">
    <w:name w:val="List"/>
    <w:basedOn w:val="Normal"/>
    <w:uiPriority w:val="99"/>
    <w:unhideWhenUsed/>
    <w:rsid w:val="00AA1D8D"/>
    <w:pPr>
      <w:ind w:left="360" w:hanging="360"/>
      <w:contextualSpacing/>
    </w:pPr>
  </w:style>
  <w:style w:type="paragraph" w:styleId="List2">
    <w:name w:val="List 2"/>
    <w:basedOn w:val="Normal"/>
    <w:uiPriority w:val="99"/>
    <w:unhideWhenUsed/>
    <w:rsid w:val="00326F90"/>
    <w:pPr>
      <w:ind w:left="720" w:hanging="360"/>
      <w:contextualSpacing/>
    </w:pPr>
  </w:style>
  <w:style w:type="paragraph" w:styleId="List3">
    <w:name w:val="List 3"/>
    <w:basedOn w:val="Normal"/>
    <w:uiPriority w:val="99"/>
    <w:unhideWhenUsed/>
    <w:rsid w:val="00326F90"/>
    <w:pPr>
      <w:ind w:left="1080" w:hanging="360"/>
      <w:contextualSpacing/>
    </w:pPr>
  </w:style>
  <w:style w:type="paragraph" w:styleId="ListBullet">
    <w:name w:val="List Bullet"/>
    <w:basedOn w:val="Normal"/>
    <w:uiPriority w:val="99"/>
    <w:unhideWhenUsed/>
    <w:rsid w:val="00326F90"/>
    <w:pPr>
      <w:numPr>
        <w:numId w:val="1"/>
      </w:numPr>
      <w:contextualSpacing/>
    </w:pPr>
  </w:style>
  <w:style w:type="paragraph" w:styleId="ListBullet2">
    <w:name w:val="List Bullet 2"/>
    <w:basedOn w:val="Normal"/>
    <w:uiPriority w:val="99"/>
    <w:unhideWhenUsed/>
    <w:rsid w:val="00326F90"/>
    <w:pPr>
      <w:numPr>
        <w:numId w:val="2"/>
      </w:numPr>
      <w:contextualSpacing/>
    </w:pPr>
  </w:style>
  <w:style w:type="paragraph" w:styleId="ListBullet3">
    <w:name w:val="List Bullet 3"/>
    <w:basedOn w:val="Normal"/>
    <w:uiPriority w:val="99"/>
    <w:unhideWhenUsed/>
    <w:rsid w:val="00326F90"/>
    <w:pPr>
      <w:numPr>
        <w:numId w:val="3"/>
      </w:numPr>
      <w:contextualSpacing/>
    </w:pPr>
  </w:style>
  <w:style w:type="paragraph" w:styleId="ListNumber">
    <w:name w:val="List Number"/>
    <w:basedOn w:val="Normal"/>
    <w:uiPriority w:val="99"/>
    <w:unhideWhenUsed/>
    <w:rsid w:val="00326F90"/>
    <w:pPr>
      <w:numPr>
        <w:numId w:val="5"/>
      </w:numPr>
      <w:contextualSpacing/>
    </w:pPr>
  </w:style>
  <w:style w:type="paragraph" w:styleId="ListNumber2">
    <w:name w:val="List Number 2"/>
    <w:basedOn w:val="Normal"/>
    <w:uiPriority w:val="99"/>
    <w:unhideWhenUsed/>
    <w:rsid w:val="0029639D"/>
    <w:pPr>
      <w:numPr>
        <w:numId w:val="6"/>
      </w:numPr>
      <w:contextualSpacing/>
    </w:pPr>
  </w:style>
  <w:style w:type="paragraph" w:styleId="ListNumber3">
    <w:name w:val="List Number 3"/>
    <w:basedOn w:val="Normal"/>
    <w:uiPriority w:val="99"/>
    <w:unhideWhenUsed/>
    <w:rsid w:val="0029639D"/>
    <w:pPr>
      <w:numPr>
        <w:numId w:val="7"/>
      </w:numPr>
      <w:contextualSpacing/>
    </w:pPr>
  </w:style>
  <w:style w:type="paragraph" w:styleId="ListContinue">
    <w:name w:val="List Continue"/>
    <w:basedOn w:val="Normal"/>
    <w:uiPriority w:val="99"/>
    <w:unhideWhenUsed/>
    <w:rsid w:val="0029639D"/>
    <w:pPr>
      <w:spacing w:after="120"/>
      <w:ind w:left="360"/>
      <w:contextualSpacing/>
    </w:pPr>
  </w:style>
  <w:style w:type="paragraph" w:styleId="ListContinue2">
    <w:name w:val="List Continue 2"/>
    <w:basedOn w:val="Normal"/>
    <w:uiPriority w:val="99"/>
    <w:unhideWhenUsed/>
    <w:rsid w:val="0029639D"/>
    <w:pPr>
      <w:spacing w:after="120"/>
      <w:ind w:left="720"/>
      <w:contextualSpacing/>
    </w:pPr>
  </w:style>
  <w:style w:type="paragraph" w:styleId="ListContinue3">
    <w:name w:val="List Continue 3"/>
    <w:basedOn w:val="Normal"/>
    <w:uiPriority w:val="99"/>
    <w:unhideWhenUsed/>
    <w:rsid w:val="0029639D"/>
    <w:pPr>
      <w:spacing w:after="120"/>
      <w:ind w:left="1080"/>
      <w:contextualSpacing/>
    </w:pPr>
  </w:style>
  <w:style w:type="paragraph" w:styleId="MacroText">
    <w:name w:val="macro"/>
    <w:link w:val="MacroTextChar"/>
    <w:uiPriority w:val="99"/>
    <w:unhideWhenUsed/>
    <w:rsid w:val="0029639D"/>
    <w:pPr>
      <w:tabs>
        <w:tab w:val="left" w:pos="576"/>
        <w:tab w:val="left" w:pos="1152"/>
        <w:tab w:val="left" w:pos="1728"/>
        <w:tab w:val="left" w:pos="2304"/>
        <w:tab w:val="left" w:pos="2880"/>
        <w:tab w:val="left" w:pos="3456"/>
        <w:tab w:val="left" w:pos="4032"/>
      </w:tabs>
    </w:pPr>
    <w:rPr>
      <w:rFonts w:ascii="Courier" w:hAnsi="Courier"/>
      <w:sz w:val="20"/>
      <w:szCs w:val="20"/>
    </w:rPr>
  </w:style>
  <w:style w:type="character" w:customStyle="1" w:styleId="MacroTextChar">
    <w:name w:val="Macro Text Char"/>
    <w:basedOn w:val="DefaultParagraphFont"/>
    <w:link w:val="MacroText"/>
    <w:uiPriority w:val="99"/>
    <w:rsid w:val="0029639D"/>
    <w:rPr>
      <w:rFonts w:ascii="Courier" w:hAnsi="Courier"/>
      <w:sz w:val="20"/>
      <w:szCs w:val="20"/>
    </w:rPr>
  </w:style>
  <w:style w:type="paragraph" w:styleId="Quote">
    <w:name w:val="Quote"/>
    <w:basedOn w:val="Normal"/>
    <w:next w:val="Normal"/>
    <w:link w:val="QuoteChar"/>
    <w:uiPriority w:val="29"/>
    <w:qFormat/>
    <w:rsid w:val="00FC693F"/>
    <w:rPr>
      <w:i/>
      <w:iCs/>
      <w:color w:val="000000" w:themeColor="text1"/>
    </w:rPr>
  </w:style>
  <w:style w:type="character" w:customStyle="1" w:styleId="QuoteChar">
    <w:name w:val="Quote Char"/>
    <w:basedOn w:val="DefaultParagraphFont"/>
    <w:link w:val="Quote"/>
    <w:uiPriority w:val="29"/>
    <w:rsid w:val="00FC693F"/>
    <w:rPr>
      <w:i/>
      <w:iCs/>
      <w:color w:val="000000" w:themeColor="text1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FC693F"/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FC693F"/>
    <w:rPr>
      <w:rFonts w:asciiTheme="majorHAnsi" w:eastAsiaTheme="majorEastAsia" w:hAnsiTheme="majorHAnsi" w:cstheme="majorBidi"/>
      <w:color w:val="243F60" w:themeColor="accent1" w:themeShade="7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FC693F"/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FC693F"/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paragraph" w:styleId="Caption">
    <w:name w:val="caption"/>
    <w:basedOn w:val="Normal"/>
    <w:next w:val="Normal"/>
    <w:uiPriority w:val="35"/>
    <w:semiHidden/>
    <w:unhideWhenUsed/>
    <w:qFormat/>
    <w:rsid w:val="00FC693F"/>
    <w:pPr>
      <w:spacing w:line="240" w:lineRule="auto"/>
    </w:pPr>
    <w:rPr>
      <w:b/>
      <w:bCs/>
      <w:color w:val="4F81BD" w:themeColor="accent1"/>
      <w:sz w:val="18"/>
      <w:szCs w:val="18"/>
    </w:rPr>
  </w:style>
  <w:style w:type="character" w:styleId="Strong">
    <w:name w:val="Strong"/>
    <w:basedOn w:val="DefaultParagraphFont"/>
    <w:uiPriority w:val="22"/>
    <w:qFormat/>
    <w:rsid w:val="00FC693F"/>
    <w:rPr>
      <w:b/>
      <w:bCs/>
    </w:rPr>
  </w:style>
  <w:style w:type="character" w:styleId="Emphasis">
    <w:name w:val="Emphasis"/>
    <w:basedOn w:val="DefaultParagraphFont"/>
    <w:uiPriority w:val="20"/>
    <w:qFormat/>
    <w:rsid w:val="00FC693F"/>
    <w:rPr>
      <w:i/>
      <w:iCs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FC693F"/>
    <w:pPr>
      <w:pBdr>
        <w:bottom w:val="single" w:sz="4" w:space="4" w:color="4F81BD" w:themeColor="accent1"/>
      </w:pBdr>
      <w:spacing w:before="200" w:after="280"/>
      <w:ind w:left="936" w:right="936"/>
    </w:pPr>
    <w:rPr>
      <w:b/>
      <w:bCs/>
      <w:i/>
      <w:iCs/>
      <w:color w:val="4F81BD" w:themeColor="accent1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FC693F"/>
    <w:rPr>
      <w:b/>
      <w:bCs/>
      <w:i/>
      <w:iCs/>
      <w:color w:val="4F81BD" w:themeColor="accent1"/>
    </w:rPr>
  </w:style>
  <w:style w:type="character" w:styleId="SubtleEmphasis">
    <w:name w:val="Subtle Emphasis"/>
    <w:basedOn w:val="DefaultParagraphFont"/>
    <w:uiPriority w:val="19"/>
    <w:qFormat/>
    <w:rsid w:val="00FC693F"/>
    <w:rPr>
      <w:i/>
      <w:iCs/>
      <w:color w:val="808080" w:themeColor="text1" w:themeTint="7F"/>
    </w:rPr>
  </w:style>
  <w:style w:type="character" w:styleId="IntenseEmphasis">
    <w:name w:val="Intense Emphasis"/>
    <w:basedOn w:val="DefaultParagraphFont"/>
    <w:uiPriority w:val="21"/>
    <w:qFormat/>
    <w:rsid w:val="00FC693F"/>
    <w:rPr>
      <w:b/>
      <w:bCs/>
      <w:i/>
      <w:iCs/>
      <w:color w:val="4F81BD" w:themeColor="accent1"/>
    </w:rPr>
  </w:style>
  <w:style w:type="character" w:styleId="SubtleReference">
    <w:name w:val="Subtle Reference"/>
    <w:basedOn w:val="DefaultParagraphFont"/>
    <w:uiPriority w:val="31"/>
    <w:qFormat/>
    <w:rsid w:val="00FC693F"/>
    <w:rPr>
      <w:smallCaps/>
      <w:color w:val="C0504D" w:themeColor="accent2"/>
      <w:u w:val="single"/>
    </w:rPr>
  </w:style>
  <w:style w:type="character" w:styleId="IntenseReference">
    <w:name w:val="Intense Reference"/>
    <w:basedOn w:val="DefaultParagraphFont"/>
    <w:uiPriority w:val="32"/>
    <w:qFormat/>
    <w:rsid w:val="00FC693F"/>
    <w:rPr>
      <w:b/>
      <w:bCs/>
      <w:smallCaps/>
      <w:color w:val="C0504D" w:themeColor="accent2"/>
      <w:spacing w:val="5"/>
      <w:u w:val="single"/>
    </w:rPr>
  </w:style>
  <w:style w:type="character" w:styleId="BookTitle">
    <w:name w:val="Book Title"/>
    <w:basedOn w:val="DefaultParagraphFont"/>
    <w:uiPriority w:val="33"/>
    <w:qFormat/>
    <w:rsid w:val="00FC693F"/>
    <w:rPr>
      <w:b/>
      <w:bCs/>
      <w:smallCaps/>
      <w:spacing w:val="5"/>
    </w:rPr>
  </w:style>
  <w:style w:type="paragraph" w:styleId="TOCHeading">
    <w:name w:val="TOC Heading"/>
    <w:basedOn w:val="Heading1"/>
    <w:next w:val="Normal"/>
    <w:uiPriority w:val="39"/>
    <w:semiHidden/>
    <w:unhideWhenUsed/>
    <w:qFormat/>
    <w:rsid w:val="00FC693F"/>
    <w:pPr>
      <w:outlineLvl w:val="9"/>
    </w:pPr>
  </w:style>
  <w:style w:type="table" w:styleId="TableGrid">
    <w:name w:val="Table Grid"/>
    <w:basedOn w:val="TableNormal"/>
    <w:uiPriority w:val="59"/>
    <w:rsid w:val="00FC693F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styleId="LightShading">
    <w:name w:val="Light Shading"/>
    <w:basedOn w:val="TableNormal"/>
    <w:uiPriority w:val="60"/>
    <w:rsid w:val="00FC693F"/>
    <w:pPr>
      <w:spacing w:after="0" w:line="240" w:lineRule="auto"/>
    </w:pPr>
    <w:rPr>
      <w:color w:val="000000" w:themeColor="text1" w:themeShade="BF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</w:style>
  <w:style w:type="table" w:styleId="LightShading-Accent1">
    <w:name w:val="Light Shading Accent 1"/>
    <w:basedOn w:val="TableNormal"/>
    <w:uiPriority w:val="60"/>
    <w:rsid w:val="00FC693F"/>
    <w:pPr>
      <w:spacing w:after="0" w:line="240" w:lineRule="auto"/>
    </w:pPr>
    <w:rPr>
      <w:color w:val="365F91" w:themeColor="accent1" w:themeShade="BF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</w:style>
  <w:style w:type="table" w:styleId="LightShading-Accent2">
    <w:name w:val="Light Shading Accent 2"/>
    <w:basedOn w:val="TableNormal"/>
    <w:uiPriority w:val="60"/>
    <w:rsid w:val="00FC693F"/>
    <w:pPr>
      <w:spacing w:after="0" w:line="240" w:lineRule="auto"/>
    </w:pPr>
    <w:rPr>
      <w:color w:val="943634" w:themeColor="accent2" w:themeShade="BF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</w:style>
  <w:style w:type="table" w:styleId="LightShading-Accent3">
    <w:name w:val="Light Shading Accent 3"/>
    <w:basedOn w:val="TableNormal"/>
    <w:uiPriority w:val="60"/>
    <w:rsid w:val="00FC693F"/>
    <w:pPr>
      <w:spacing w:after="0" w:line="240" w:lineRule="auto"/>
    </w:pPr>
    <w:rPr>
      <w:color w:val="76923C" w:themeColor="accent3" w:themeShade="BF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</w:style>
  <w:style w:type="table" w:styleId="LightShading-Accent4">
    <w:name w:val="Light Shading Accent 4"/>
    <w:basedOn w:val="TableNormal"/>
    <w:uiPriority w:val="60"/>
    <w:rsid w:val="00FC693F"/>
    <w:pPr>
      <w:spacing w:after="0" w:line="240" w:lineRule="auto"/>
    </w:pPr>
    <w:rPr>
      <w:color w:val="5F497A" w:themeColor="accent4" w:themeShade="BF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</w:style>
  <w:style w:type="table" w:styleId="LightShading-Accent5">
    <w:name w:val="Light Shading Accent 5"/>
    <w:basedOn w:val="TableNormal"/>
    <w:uiPriority w:val="60"/>
    <w:rsid w:val="00FC693F"/>
    <w:pPr>
      <w:spacing w:after="0" w:line="240" w:lineRule="auto"/>
    </w:pPr>
    <w:rPr>
      <w:color w:val="31849B" w:themeColor="accent5" w:themeShade="BF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</w:style>
  <w:style w:type="table" w:styleId="LightShading-Accent6">
    <w:name w:val="Light Shading Accent 6"/>
    <w:basedOn w:val="TableNormal"/>
    <w:uiPriority w:val="60"/>
    <w:rsid w:val="00FC693F"/>
    <w:pPr>
      <w:spacing w:after="0" w:line="240" w:lineRule="auto"/>
    </w:pPr>
    <w:rPr>
      <w:color w:val="E36C0A" w:themeColor="accent6" w:themeShade="BF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</w:style>
  <w:style w:type="table" w:styleId="LightList">
    <w:name w:val="Light List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</w:style>
  <w:style w:type="table" w:styleId="LightList-Accent1">
    <w:name w:val="Light List Accent 1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</w:style>
  <w:style w:type="table" w:styleId="LightList-Accent2">
    <w:name w:val="Light List Accent 2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</w:style>
  <w:style w:type="table" w:styleId="LightList-Accent3">
    <w:name w:val="Light List Accent 3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</w:style>
  <w:style w:type="table" w:styleId="LightList-Accent4">
    <w:name w:val="Light List Accent 4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</w:style>
  <w:style w:type="table" w:styleId="LightList-Accent5">
    <w:name w:val="Light List Accent 5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</w:style>
  <w:style w:type="table" w:styleId="LightList-Accent6">
    <w:name w:val="Light List Accent 6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</w:style>
  <w:style w:type="table" w:styleId="LightGrid">
    <w:name w:val="Light Grid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1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  <w:shd w:val="clear" w:color="auto" w:fill="C0C0C0" w:themeFill="text1" w:themeFillTint="3F"/>
      </w:tcPr>
    </w:tblStylePr>
    <w:tblStylePr w:type="band2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</w:tcPr>
    </w:tblStylePr>
  </w:style>
  <w:style w:type="table" w:styleId="LightGrid-Accent1">
    <w:name w:val="Light Grid Accent 1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1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  <w:shd w:val="clear" w:color="auto" w:fill="D3DFEE" w:themeFill="accent1" w:themeFillTint="3F"/>
      </w:tcPr>
    </w:tblStylePr>
    <w:tblStylePr w:type="band2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</w:tcPr>
    </w:tblStylePr>
  </w:style>
  <w:style w:type="table" w:styleId="LightGrid-Accent2">
    <w:name w:val="Light Grid Accent 2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1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  <w:shd w:val="clear" w:color="auto" w:fill="EFD3D2" w:themeFill="accent2" w:themeFillTint="3F"/>
      </w:tcPr>
    </w:tblStylePr>
    <w:tblStylePr w:type="band2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</w:tcPr>
    </w:tblStylePr>
  </w:style>
  <w:style w:type="table" w:styleId="LightGrid-Accent3">
    <w:name w:val="Light Grid Accent 3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1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  <w:shd w:val="clear" w:color="auto" w:fill="E6EED5" w:themeFill="accent3" w:themeFillTint="3F"/>
      </w:tcPr>
    </w:tblStylePr>
    <w:tblStylePr w:type="band2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</w:tcPr>
    </w:tblStylePr>
  </w:style>
  <w:style w:type="table" w:styleId="LightGrid-Accent4">
    <w:name w:val="Light Grid Accent 4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1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  <w:shd w:val="clear" w:color="auto" w:fill="DFD8E8" w:themeFill="accent4" w:themeFillTint="3F"/>
      </w:tcPr>
    </w:tblStylePr>
    <w:tblStylePr w:type="band2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</w:tcPr>
    </w:tblStylePr>
  </w:style>
  <w:style w:type="table" w:styleId="LightGrid-Accent5">
    <w:name w:val="Light Grid Accent 5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1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  <w:shd w:val="clear" w:color="auto" w:fill="D2EAF1" w:themeFill="accent5" w:themeFillTint="3F"/>
      </w:tcPr>
    </w:tblStylePr>
    <w:tblStylePr w:type="band2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</w:tcPr>
    </w:tblStylePr>
  </w:style>
  <w:style w:type="table" w:styleId="LightGrid-Accent6">
    <w:name w:val="Light Grid Accent 6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1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  <w:shd w:val="clear" w:color="auto" w:fill="FDE4D0" w:themeFill="accent6" w:themeFillTint="3F"/>
      </w:tcPr>
    </w:tblStylePr>
    <w:tblStylePr w:type="band2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</w:tcPr>
    </w:tblStylePr>
  </w:style>
  <w:style w:type="table" w:styleId="MediumShading1">
    <w:name w:val="Medium Shading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C0C0C0" w:themeFill="tex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1">
    <w:name w:val="Medium Shading 1 Accent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3DFEE" w:themeFill="accen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2">
    <w:name w:val="Medium Shading 1 Accent 2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FD3D2" w:themeFill="accent2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3">
    <w:name w:val="Medium Shading 1 Accent 3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6EED5" w:themeFill="accent3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4">
    <w:name w:val="Medium Shading 1 Accent 4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FD8E8" w:themeFill="accent4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5">
    <w:name w:val="Medium Shading 1 Accent 5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2EAF1" w:themeFill="accent5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6">
    <w:name w:val="Medium Shading 1 Accent 6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FDE4D0" w:themeFill="accent6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2">
    <w:name w:val="Medium Shading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1">
    <w:name w:val="Medium Shading 2 Accent 1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2">
    <w:name w:val="Medium Shading 2 Accent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3">
    <w:name w:val="Medium Shading 2 Accent 3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4">
    <w:name w:val="Medium Shading 2 Accent 4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5">
    <w:name w:val="Medium Shading 2 Accent 5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6">
    <w:name w:val="Medium Shading 2 Accent 6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List1">
    <w:name w:val="Medium Lis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000000" w:themeColor="tex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shd w:val="clear" w:color="auto" w:fill="C0C0C0" w:themeFill="text1" w:themeFillTint="3F"/>
      </w:tcPr>
    </w:tblStylePr>
  </w:style>
  <w:style w:type="table" w:styleId="MediumList1-Accent1">
    <w:name w:val="Medium List 1 Accen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F81BD" w:themeColor="accen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shd w:val="clear" w:color="auto" w:fill="D3DFEE" w:themeFill="accent1" w:themeFillTint="3F"/>
      </w:tcPr>
    </w:tblStylePr>
  </w:style>
  <w:style w:type="table" w:styleId="MediumList1-Accent2">
    <w:name w:val="Medium List 1 Accent 2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C0504D" w:themeColor="accent2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shd w:val="clear" w:color="auto" w:fill="EFD3D2" w:themeFill="accent2" w:themeFillTint="3F"/>
      </w:tcPr>
    </w:tblStylePr>
  </w:style>
  <w:style w:type="table" w:styleId="MediumList1-Accent3">
    <w:name w:val="Medium List 1 Accent 3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9BBB59" w:themeColor="accent3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shd w:val="clear" w:color="auto" w:fill="E6EED5" w:themeFill="accent3" w:themeFillTint="3F"/>
      </w:tcPr>
    </w:tblStylePr>
  </w:style>
  <w:style w:type="table" w:styleId="MediumList1-Accent4">
    <w:name w:val="Medium List 1 Accent 4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8064A2" w:themeColor="accent4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shd w:val="clear" w:color="auto" w:fill="DFD8E8" w:themeFill="accent4" w:themeFillTint="3F"/>
      </w:tcPr>
    </w:tblStylePr>
  </w:style>
  <w:style w:type="table" w:styleId="MediumList1-Accent5">
    <w:name w:val="Medium List 1 Accent 5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BACC6" w:themeColor="accent5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shd w:val="clear" w:color="auto" w:fill="D2EAF1" w:themeFill="accent5" w:themeFillTint="3F"/>
      </w:tcPr>
    </w:tblStylePr>
  </w:style>
  <w:style w:type="table" w:styleId="MediumList1-Accent6">
    <w:name w:val="Medium List 1 Accent 6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F79646" w:themeColor="accent6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shd w:val="clear" w:color="auto" w:fill="FDE4D0" w:themeFill="accent6" w:themeFillTint="3F"/>
      </w:tcPr>
    </w:tblStylePr>
  </w:style>
  <w:style w:type="table" w:styleId="MediumList2">
    <w:name w:val="Medium Lis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000000" w:themeColor="tex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000000" w:themeColor="tex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000000" w:themeColor="tex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C0C0C0" w:themeFill="tex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1">
    <w:name w:val="Medium List 2 Accent 1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F81BD" w:themeColor="accen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F81BD" w:themeColor="accen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F81BD" w:themeColor="accen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F81BD" w:themeColor="accen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3DFEE" w:themeFill="accen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2">
    <w:name w:val="Medium List 2 Accen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C0504D" w:themeColor="accent2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C0504D" w:themeColor="accent2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C0504D" w:themeColor="accent2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FD3D2" w:themeFill="accent2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3">
    <w:name w:val="Medium List 2 Accent 3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9BBB59" w:themeColor="accent3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9BBB59" w:themeColor="accent3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9BBB59" w:themeColor="accent3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6EED5" w:themeFill="accent3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4">
    <w:name w:val="Medium List 2 Accent 4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8064A2" w:themeColor="accent4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8064A2" w:themeColor="accent4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8064A2" w:themeColor="accent4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FD8E8" w:themeFill="accent4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5">
    <w:name w:val="Medium List 2 Accent 5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BACC6" w:themeColor="accent5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BACC6" w:themeColor="accent5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BACC6" w:themeColor="accent5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2EAF1" w:themeFill="accent5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6">
    <w:name w:val="Medium List 2 Accent 6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F79646" w:themeColor="accent6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F79646" w:themeColor="accent6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F79646" w:themeColor="accent6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FDE4D0" w:themeFill="accent6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Grid1">
    <w:name w:val="Medium Grid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  <w:insideV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404040" w:themeColor="tex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MediumGrid1-Accent1">
    <w:name w:val="Medium Grid 1 Accent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  <w:insideV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BA0CD" w:themeColor="accen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MediumGrid1-Accent2">
    <w:name w:val="Medium Grid 1 Accent 2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  <w:insideV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CF7B79" w:themeColor="accent2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MediumGrid1-Accent3">
    <w:name w:val="Medium Grid 1 Accent 3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  <w:insideV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B3CC82" w:themeColor="accent3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MediumGrid1-Accent4">
    <w:name w:val="Medium Grid 1 Accent 4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  <w:insideV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9F8AB9" w:themeColor="accent4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MediumGrid1-Accent5">
    <w:name w:val="Medium Grid 1 Accent 5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  <w:insideV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8C0D4" w:themeColor="accent5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MediumGrid1-Accent6">
    <w:name w:val="Medium Grid 1 Accent 6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  <w:insideV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F9B074" w:themeColor="accent6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  <w:style w:type="table" w:styleId="MediumGrid2">
    <w:name w:val="Medium Grid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color w:val="000000" w:themeColor="text1"/>
      </w:rPr>
      <w:tblPr/>
      <w:tcPr>
        <w:shd w:val="clear" w:color="auto" w:fill="E6E6E6" w:themeFill="tex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CCCCC" w:themeFill="text1" w:themeFillTint="33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tcBorders>
          <w:insideH w:val="single" w:sz="6" w:space="0" w:color="000000" w:themeColor="text1"/>
          <w:insideV w:val="single" w:sz="6" w:space="0" w:color="000000" w:themeColor="text1"/>
        </w:tcBorders>
        <w:shd w:val="clear" w:color="auto" w:fill="808080" w:themeFill="tex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1">
    <w:name w:val="Medium Grid 2 Accent 1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color w:val="000000" w:themeColor="text1"/>
      </w:rPr>
      <w:tblPr/>
      <w:tcPr>
        <w:shd w:val="clear" w:color="auto" w:fill="EDF2F8" w:themeFill="accen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BE5F1" w:themeFill="accent1" w:themeFillTint="33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tcBorders>
          <w:insideH w:val="single" w:sz="6" w:space="0" w:color="4F81BD" w:themeColor="accent1"/>
          <w:insideV w:val="single" w:sz="6" w:space="0" w:color="4F81BD" w:themeColor="accent1"/>
        </w:tcBorders>
        <w:shd w:val="clear" w:color="auto" w:fill="A7BFDE" w:themeFill="accen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2">
    <w:name w:val="Medium Grid 2 Accent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color w:val="000000" w:themeColor="text1"/>
      </w:rPr>
      <w:tblPr/>
      <w:tcPr>
        <w:shd w:val="clear" w:color="auto" w:fill="F8EDED" w:themeFill="accent2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2DBDB" w:themeFill="accent2" w:themeFillTint="33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tcBorders>
          <w:insideH w:val="single" w:sz="6" w:space="0" w:color="C0504D" w:themeColor="accent2"/>
          <w:insideV w:val="single" w:sz="6" w:space="0" w:color="C0504D" w:themeColor="accent2"/>
        </w:tcBorders>
        <w:shd w:val="clear" w:color="auto" w:fill="DFA7A6" w:themeFill="accent2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3">
    <w:name w:val="Medium Grid 2 Accent 3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color w:val="000000" w:themeColor="text1"/>
      </w:rPr>
      <w:tblPr/>
      <w:tcPr>
        <w:shd w:val="clear" w:color="auto" w:fill="F5F8EE" w:themeFill="accent3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AF1DD" w:themeFill="accent3" w:themeFillTint="33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tcBorders>
          <w:insideH w:val="single" w:sz="6" w:space="0" w:color="9BBB59" w:themeColor="accent3"/>
          <w:insideV w:val="single" w:sz="6" w:space="0" w:color="9BBB59" w:themeColor="accent3"/>
        </w:tcBorders>
        <w:shd w:val="clear" w:color="auto" w:fill="CDDDAC" w:themeFill="accent3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4">
    <w:name w:val="Medium Grid 2 Accent 4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color w:val="000000" w:themeColor="text1"/>
      </w:rPr>
      <w:tblPr/>
      <w:tcPr>
        <w:shd w:val="clear" w:color="auto" w:fill="F2EFF6" w:themeFill="accent4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5DFEC" w:themeFill="accent4" w:themeFillTint="33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tcBorders>
          <w:insideH w:val="single" w:sz="6" w:space="0" w:color="8064A2" w:themeColor="accent4"/>
          <w:insideV w:val="single" w:sz="6" w:space="0" w:color="8064A2" w:themeColor="accent4"/>
        </w:tcBorders>
        <w:shd w:val="clear" w:color="auto" w:fill="BFB1D0" w:themeFill="accent4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5">
    <w:name w:val="Medium Grid 2 Accent 5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color w:val="000000" w:themeColor="text1"/>
      </w:rPr>
      <w:tblPr/>
      <w:tcPr>
        <w:shd w:val="clear" w:color="auto" w:fill="EDF6F9" w:themeFill="accent5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AEEF3" w:themeFill="accent5" w:themeFillTint="33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tcBorders>
          <w:insideH w:val="single" w:sz="6" w:space="0" w:color="4BACC6" w:themeColor="accent5"/>
          <w:insideV w:val="single" w:sz="6" w:space="0" w:color="4BACC6" w:themeColor="accent5"/>
        </w:tcBorders>
        <w:shd w:val="clear" w:color="auto" w:fill="A5D5E2" w:themeFill="accent5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6">
    <w:name w:val="Medium Grid 2 Accent 6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color w:val="000000" w:themeColor="text1"/>
      </w:rPr>
      <w:tblPr/>
      <w:tcPr>
        <w:shd w:val="clear" w:color="auto" w:fill="FEF4EC" w:themeFill="accent6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9D9" w:themeFill="accent6" w:themeFillTint="33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tcBorders>
          <w:insideH w:val="single" w:sz="6" w:space="0" w:color="F79646" w:themeColor="accent6"/>
          <w:insideV w:val="single" w:sz="6" w:space="0" w:color="F79646" w:themeColor="accent6"/>
        </w:tcBorders>
        <w:shd w:val="clear" w:color="auto" w:fill="FBCAA2" w:themeFill="accent6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3">
    <w:name w:val="Medium Grid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808080" w:themeFill="tex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808080" w:themeFill="text1" w:themeFillTint="7F"/>
      </w:tcPr>
    </w:tblStylePr>
  </w:style>
  <w:style w:type="table" w:styleId="MediumGrid3-Accent1">
    <w:name w:val="Medium Grid 3 Accent 1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7BFDE" w:themeFill="accen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7BFDE" w:themeFill="accent1" w:themeFillTint="7F"/>
      </w:tcPr>
    </w:tblStylePr>
  </w:style>
  <w:style w:type="table" w:styleId="MediumGrid3-Accent2">
    <w:name w:val="Medium Grid 3 Accent 2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DFA7A6" w:themeFill="accent2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DFA7A6" w:themeFill="accent2" w:themeFillTint="7F"/>
      </w:tcPr>
    </w:tblStylePr>
  </w:style>
  <w:style w:type="table" w:styleId="MediumGrid3-Accent3">
    <w:name w:val="Medium Grid 3 Accent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CDDDAC" w:themeFill="accent3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CDDDAC" w:themeFill="accent3" w:themeFillTint="7F"/>
      </w:tcPr>
    </w:tblStylePr>
  </w:style>
  <w:style w:type="table" w:styleId="MediumGrid3-Accent4">
    <w:name w:val="Medium Grid 3 Accent 4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BFB1D0" w:themeFill="accent4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BFB1D0" w:themeFill="accent4" w:themeFillTint="7F"/>
      </w:tcPr>
    </w:tblStylePr>
  </w:style>
  <w:style w:type="table" w:styleId="MediumGrid3-Accent5">
    <w:name w:val="Medium Grid 3 Accent 5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5D5E2" w:themeFill="accent5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5D5E2" w:themeFill="accent5" w:themeFillTint="7F"/>
      </w:tcPr>
    </w:tblStylePr>
  </w:style>
  <w:style w:type="table" w:styleId="MediumGrid3-Accent6">
    <w:name w:val="Medium Grid 3 Accent 6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FBCAA2" w:themeFill="accent6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FBCAA2" w:themeFill="accent6" w:themeFillTint="7F"/>
      </w:tcPr>
    </w:tblStylePr>
  </w:style>
  <w:style w:type="table" w:styleId="DarkList">
    <w:name w:val="Dark List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000000" w:themeFill="tex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000000" w:themeFill="tex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</w:style>
  <w:style w:type="table" w:styleId="DarkList-Accent1">
    <w:name w:val="Dark List Accent 1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F81BD" w:themeFill="accen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43F60" w:themeFill="accen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65F91" w:themeFill="accen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</w:style>
  <w:style w:type="table" w:styleId="DarkList-Accent2">
    <w:name w:val="Dark List Accent 2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504D" w:themeFill="accent2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622423" w:themeFill="accent2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943634" w:themeFill="accent2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</w:style>
  <w:style w:type="table" w:styleId="DarkList-Accent3">
    <w:name w:val="Dark List Accent 3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9BBB59" w:themeFill="accent3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4E6128" w:themeFill="accent3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76923C" w:themeFill="accent3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</w:style>
  <w:style w:type="table" w:styleId="DarkList-Accent4">
    <w:name w:val="Dark List Accent 4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8064A2" w:themeFill="accent4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3F3151" w:themeFill="accent4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5F497A" w:themeFill="accent4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</w:style>
  <w:style w:type="table" w:styleId="DarkList-Accent5">
    <w:name w:val="Dark List Accent 5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BACC6" w:themeFill="accent5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05867" w:themeFill="accent5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1849B" w:themeFill="accent5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</w:style>
  <w:style w:type="table" w:styleId="DarkList-Accent6">
    <w:name w:val="Dark List Accent 6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79646" w:themeFill="accent6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974706" w:themeFill="accent6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E36C0A" w:themeFill="accent6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</w:style>
  <w:style w:type="table" w:styleId="ColorfulShading">
    <w:name w:val="Colorful Shading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000000" w:themeFill="tex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000000" w:themeColor="text1" w:themeShade="99"/>
          <w:insideV w:val="nil"/>
        </w:tcBorders>
        <w:shd w:val="clear" w:color="auto" w:fill="000000" w:themeFill="tex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shd w:val="clear" w:color="auto" w:fill="999999" w:themeFill="text1" w:themeFillTint="66"/>
      </w:tcPr>
    </w:tblStylePr>
    <w:tblStylePr w:type="band1Horz">
      <w:tblPr/>
      <w:tcPr>
        <w:shd w:val="clear" w:color="auto" w:fill="808080" w:themeFill="tex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1">
    <w:name w:val="Colorful Shading Accent 1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4F81BD" w:themeColor="accent1"/>
        <w:bottom w:val="single" w:sz="4" w:space="0" w:color="4F81BD" w:themeColor="accent1"/>
        <w:right w:val="single" w:sz="4" w:space="0" w:color="4F81BD" w:themeColor="accen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C4C74" w:themeFill="accen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C4C74" w:themeColor="accent1" w:themeShade="99"/>
          <w:insideV w:val="nil"/>
        </w:tcBorders>
        <w:shd w:val="clear" w:color="auto" w:fill="2C4C74" w:themeFill="accen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C4C74" w:themeFill="accent1" w:themeFillShade="99"/>
      </w:tcPr>
    </w:tblStylePr>
    <w:tblStylePr w:type="band1Vert">
      <w:tblPr/>
      <w:tcPr>
        <w:shd w:val="clear" w:color="auto" w:fill="B8CCE4" w:themeFill="accent1" w:themeFillTint="66"/>
      </w:tcPr>
    </w:tblStylePr>
    <w:tblStylePr w:type="band1Horz">
      <w:tblPr/>
      <w:tcPr>
        <w:shd w:val="clear" w:color="auto" w:fill="A7BFDE" w:themeFill="accen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2">
    <w:name w:val="Colorful Shading Accent 2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C0504D" w:themeColor="accent2"/>
        <w:bottom w:val="single" w:sz="4" w:space="0" w:color="C0504D" w:themeColor="accent2"/>
        <w:right w:val="single" w:sz="4" w:space="0" w:color="C0504D" w:themeColor="accent2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772C2A" w:themeFill="accent2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772C2A" w:themeColor="accent2" w:themeShade="99"/>
          <w:insideV w:val="nil"/>
        </w:tcBorders>
        <w:shd w:val="clear" w:color="auto" w:fill="772C2A" w:themeFill="accent2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72C2A" w:themeFill="accent2" w:themeFillShade="99"/>
      </w:tcPr>
    </w:tblStylePr>
    <w:tblStylePr w:type="band1Vert">
      <w:tblPr/>
      <w:tcPr>
        <w:shd w:val="clear" w:color="auto" w:fill="E5B8B7" w:themeFill="accent2" w:themeFillTint="66"/>
      </w:tcPr>
    </w:tblStylePr>
    <w:tblStylePr w:type="band1Horz">
      <w:tblPr/>
      <w:tcPr>
        <w:shd w:val="clear" w:color="auto" w:fill="DFA7A6" w:themeFill="accent2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3">
    <w:name w:val="Colorful Shading Accent 3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8064A2" w:themeColor="accent4"/>
        <w:left w:val="single" w:sz="4" w:space="0" w:color="9BBB59" w:themeColor="accent3"/>
        <w:bottom w:val="single" w:sz="4" w:space="0" w:color="9BBB59" w:themeColor="accent3"/>
        <w:right w:val="single" w:sz="4" w:space="0" w:color="9BBB59" w:themeColor="accent3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5E7530" w:themeFill="accent3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5E7530" w:themeColor="accent3" w:themeShade="99"/>
          <w:insideV w:val="nil"/>
        </w:tcBorders>
        <w:shd w:val="clear" w:color="auto" w:fill="5E7530" w:themeFill="accent3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E7530" w:themeFill="accent3" w:themeFillShade="99"/>
      </w:tcPr>
    </w:tblStylePr>
    <w:tblStylePr w:type="band1Vert">
      <w:tblPr/>
      <w:tcPr>
        <w:shd w:val="clear" w:color="auto" w:fill="D6E3BC" w:themeFill="accent3" w:themeFillTint="66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Shading-Accent4">
    <w:name w:val="Colorful Shading Accent 4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9BBB59" w:themeColor="accent3"/>
        <w:left w:val="single" w:sz="4" w:space="0" w:color="8064A2" w:themeColor="accent4"/>
        <w:bottom w:val="single" w:sz="4" w:space="0" w:color="8064A2" w:themeColor="accent4"/>
        <w:right w:val="single" w:sz="4" w:space="0" w:color="8064A2" w:themeColor="accent4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4C3B62" w:themeFill="accent4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4C3B62" w:themeColor="accent4" w:themeShade="99"/>
          <w:insideV w:val="nil"/>
        </w:tcBorders>
        <w:shd w:val="clear" w:color="auto" w:fill="4C3B62" w:themeFill="accent4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4C3B62" w:themeFill="accent4" w:themeFillShade="99"/>
      </w:tcPr>
    </w:tblStylePr>
    <w:tblStylePr w:type="band1Vert">
      <w:tblPr/>
      <w:tcPr>
        <w:shd w:val="clear" w:color="auto" w:fill="CCC0D9" w:themeFill="accent4" w:themeFillTint="66"/>
      </w:tcPr>
    </w:tblStylePr>
    <w:tblStylePr w:type="band1Horz">
      <w:tblPr/>
      <w:tcPr>
        <w:shd w:val="clear" w:color="auto" w:fill="BFB1D0" w:themeFill="accent4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5">
    <w:name w:val="Colorful Shading Accent 5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F79646" w:themeColor="accent6"/>
        <w:left w:val="single" w:sz="4" w:space="0" w:color="4BACC6" w:themeColor="accent5"/>
        <w:bottom w:val="single" w:sz="4" w:space="0" w:color="4BACC6" w:themeColor="accent5"/>
        <w:right w:val="single" w:sz="4" w:space="0" w:color="4BACC6" w:themeColor="accent5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76A7C" w:themeFill="accent5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76A7C" w:themeColor="accent5" w:themeShade="99"/>
          <w:insideV w:val="nil"/>
        </w:tcBorders>
        <w:shd w:val="clear" w:color="auto" w:fill="276A7C" w:themeFill="accent5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76A7C" w:themeFill="accent5" w:themeFillShade="99"/>
      </w:tcPr>
    </w:tblStylePr>
    <w:tblStylePr w:type="band1Vert">
      <w:tblPr/>
      <w:tcPr>
        <w:shd w:val="clear" w:color="auto" w:fill="B6DDE8" w:themeFill="accent5" w:themeFillTint="66"/>
      </w:tcPr>
    </w:tblStylePr>
    <w:tblStylePr w:type="band1Horz">
      <w:tblPr/>
      <w:tcPr>
        <w:shd w:val="clear" w:color="auto" w:fill="A5D5E2" w:themeFill="accent5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6">
    <w:name w:val="Colorful Shading Accent 6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4BACC6" w:themeColor="accent5"/>
        <w:left w:val="single" w:sz="4" w:space="0" w:color="F79646" w:themeColor="accent6"/>
        <w:bottom w:val="single" w:sz="4" w:space="0" w:color="F79646" w:themeColor="accent6"/>
        <w:right w:val="single" w:sz="4" w:space="0" w:color="F79646" w:themeColor="accent6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B65608" w:themeFill="accent6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B65608" w:themeColor="accent6" w:themeShade="99"/>
          <w:insideV w:val="nil"/>
        </w:tcBorders>
        <w:shd w:val="clear" w:color="auto" w:fill="B65608" w:themeFill="accent6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B65608" w:themeFill="accent6" w:themeFillShade="99"/>
      </w:tcPr>
    </w:tblStylePr>
    <w:tblStylePr w:type="band1Vert">
      <w:tblPr/>
      <w:tcPr>
        <w:shd w:val="clear" w:color="auto" w:fill="FBD4B4" w:themeFill="accent6" w:themeFillTint="66"/>
      </w:tcPr>
    </w:tblStylePr>
    <w:tblStylePr w:type="band1Horz">
      <w:tblPr/>
      <w:tcPr>
        <w:shd w:val="clear" w:color="auto" w:fill="FBCAA2" w:themeFill="accent6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List">
    <w:name w:val="Colorful List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table" w:styleId="ColorfulList-Accent1">
    <w:name w:val="Colorful List Accent 1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shd w:val="clear" w:color="auto" w:fill="DBE5F1" w:themeFill="accent1" w:themeFillTint="33"/>
      </w:tcPr>
    </w:tblStylePr>
  </w:style>
  <w:style w:type="table" w:styleId="ColorfulList-Accent2">
    <w:name w:val="Colorful List Accent 2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shd w:val="clear" w:color="auto" w:fill="F2DBDB" w:themeFill="accent2" w:themeFillTint="33"/>
      </w:tcPr>
    </w:tblStylePr>
  </w:style>
  <w:style w:type="table" w:styleId="ColorfulList-Accent3">
    <w:name w:val="Colorful List Accent 3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664E82" w:themeFill="accent4" w:themeFillShade="CC"/>
      </w:tcPr>
    </w:tblStylePr>
    <w:tblStylePr w:type="lastRow">
      <w:rPr>
        <w:b/>
        <w:bCs/>
        <w:color w:val="664E82" w:themeColor="accent4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shd w:val="clear" w:color="auto" w:fill="EAF1DD" w:themeFill="accent3" w:themeFillTint="33"/>
      </w:tcPr>
    </w:tblStylePr>
  </w:style>
  <w:style w:type="table" w:styleId="ColorfulList-Accent4">
    <w:name w:val="Colorful List Accent 4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7E9C40" w:themeFill="accent3" w:themeFillShade="CC"/>
      </w:tcPr>
    </w:tblStylePr>
    <w:tblStylePr w:type="lastRow">
      <w:rPr>
        <w:b/>
        <w:bCs/>
        <w:color w:val="7E9C40" w:themeColor="accent3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shd w:val="clear" w:color="auto" w:fill="E5DFEC" w:themeFill="accent4" w:themeFillTint="33"/>
      </w:tcPr>
    </w:tblStylePr>
  </w:style>
  <w:style w:type="table" w:styleId="ColorfulList-Accent5">
    <w:name w:val="Colorful List Accent 5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F2730A" w:themeFill="accent6" w:themeFillShade="CC"/>
      </w:tcPr>
    </w:tblStylePr>
    <w:tblStylePr w:type="lastRow">
      <w:rPr>
        <w:b/>
        <w:bCs/>
        <w:color w:val="F2730A" w:themeColor="accent6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shd w:val="clear" w:color="auto" w:fill="DAEEF3" w:themeFill="accent5" w:themeFillTint="33"/>
      </w:tcPr>
    </w:tblStylePr>
  </w:style>
  <w:style w:type="table" w:styleId="ColorfulList-Accent6">
    <w:name w:val="Colorful List Accent 6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348DA5" w:themeFill="accent5" w:themeFillShade="CC"/>
      </w:tcPr>
    </w:tblStylePr>
    <w:tblStylePr w:type="lastRow">
      <w:rPr>
        <w:b/>
        <w:bCs/>
        <w:color w:val="348DA5" w:themeColor="accent5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shd w:val="clear" w:color="auto" w:fill="FDE9D9" w:themeFill="accent6" w:themeFillTint="33"/>
      </w:tcPr>
    </w:tblStylePr>
  </w:style>
  <w:style w:type="table" w:styleId="ColorfulGrid">
    <w:name w:val="Colorful Grid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CCCCC" w:themeFill="text1" w:themeFillTint="33"/>
    </w:tcPr>
    <w:tblStylePr w:type="firstRow">
      <w:rPr>
        <w:b/>
        <w:bCs/>
      </w:rPr>
      <w:tblPr/>
      <w:tcPr>
        <w:shd w:val="clear" w:color="auto" w:fill="999999" w:themeFill="tex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999999" w:themeFill="text1" w:themeFillTint="66"/>
      </w:tcPr>
    </w:tblStylePr>
    <w:tblStylePr w:type="fir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la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ColorfulGrid-Accent1">
    <w:name w:val="Colorful Grid Accent 1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BE5F1" w:themeFill="accent1" w:themeFillTint="33"/>
    </w:tcPr>
    <w:tblStylePr w:type="firstRow">
      <w:rPr>
        <w:b/>
        <w:bCs/>
      </w:rPr>
      <w:tblPr/>
      <w:tcPr>
        <w:shd w:val="clear" w:color="auto" w:fill="B8CCE4" w:themeFill="accen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8CCE4" w:themeFill="accent1" w:themeFillTint="66"/>
      </w:tcPr>
    </w:tblStylePr>
    <w:tblStylePr w:type="fir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la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ColorfulGrid-Accent2">
    <w:name w:val="Colorful Grid Accent 2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DBDB" w:themeFill="accent2" w:themeFillTint="33"/>
    </w:tcPr>
    <w:tblStylePr w:type="firstRow">
      <w:rPr>
        <w:b/>
        <w:bCs/>
      </w:rPr>
      <w:tblPr/>
      <w:tcPr>
        <w:shd w:val="clear" w:color="auto" w:fill="E5B8B7" w:themeFill="accent2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E5B8B7" w:themeFill="accent2" w:themeFillTint="66"/>
      </w:tcPr>
    </w:tblStylePr>
    <w:tblStylePr w:type="fir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la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ColorfulGrid-Accent3">
    <w:name w:val="Colorful Grid Accent 3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AF1DD" w:themeFill="accent3" w:themeFillTint="33"/>
    </w:tcPr>
    <w:tblStylePr w:type="firstRow">
      <w:rPr>
        <w:b/>
        <w:bCs/>
      </w:rPr>
      <w:tblPr/>
      <w:tcPr>
        <w:shd w:val="clear" w:color="auto" w:fill="D6E3BC" w:themeFill="accent3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D6E3BC" w:themeFill="accent3" w:themeFillTint="66"/>
      </w:tcPr>
    </w:tblStylePr>
    <w:tblStylePr w:type="fir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la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Grid-Accent4">
    <w:name w:val="Colorful Grid Accent 4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5DFEC" w:themeFill="accent4" w:themeFillTint="33"/>
    </w:tcPr>
    <w:tblStylePr w:type="firstRow">
      <w:rPr>
        <w:b/>
        <w:bCs/>
      </w:rPr>
      <w:tblPr/>
      <w:tcPr>
        <w:shd w:val="clear" w:color="auto" w:fill="CCC0D9" w:themeFill="accent4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CCC0D9" w:themeFill="accent4" w:themeFillTint="66"/>
      </w:tcPr>
    </w:tblStylePr>
    <w:tblStylePr w:type="fir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la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ColorfulGrid-Accent5">
    <w:name w:val="Colorful Grid Accent 5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AEEF3" w:themeFill="accent5" w:themeFillTint="33"/>
    </w:tcPr>
    <w:tblStylePr w:type="firstRow">
      <w:rPr>
        <w:b/>
        <w:bCs/>
      </w:rPr>
      <w:tblPr/>
      <w:tcPr>
        <w:shd w:val="clear" w:color="auto" w:fill="B6DDE8" w:themeFill="accent5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6DDE8" w:themeFill="accent5" w:themeFillTint="66"/>
      </w:tcPr>
    </w:tblStylePr>
    <w:tblStylePr w:type="fir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la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ColorfulGrid-Accent6">
    <w:name w:val="Colorful Grid Accent 6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9D9" w:themeFill="accent6" w:themeFillTint="33"/>
    </w:tcPr>
    <w:tblStylePr w:type="firstRow">
      <w:rPr>
        <w:b/>
        <w:bCs/>
      </w:rPr>
      <w:tblPr/>
      <w:tcPr>
        <w:shd w:val="clear" w:color="auto" w:fill="FBD4B4" w:themeFill="accent6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FBD4B4" w:themeFill="accent6" w:themeFillTint="66"/>
      </w:tcPr>
    </w:tblStylePr>
    <w:tblStylePr w:type="fir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la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allowPNG/>
  <w:doNotSaveAsSingleFile/>
</w:webSettings>
</file>

<file path=word/_rels/document.xml.rels><?xml version='1.0' encoding='UTF-8' standalone='yes'?>
<Relationships xmlns="http://schemas.openxmlformats.org/package/2006/relationships"><Relationship Id="rId3" Type="http://schemas.openxmlformats.org/officeDocument/2006/relationships/styles" Target="styles.xml"/><Relationship Id="rId4" Type="http://schemas.microsoft.com/office/2007/relationships/stylesWithEffects" Target="stylesWithEffects.xml"/><Relationship Id="rId5" Type="http://schemas.openxmlformats.org/officeDocument/2006/relationships/settings" Target="settings.xml"/><Relationship Id="rId6" Type="http://schemas.openxmlformats.org/officeDocument/2006/relationships/webSettings" Target="webSettings.xml"/><Relationship Id="rId7" Type="http://schemas.openxmlformats.org/officeDocument/2006/relationships/fontTable" Target="fontTable.xml"/><Relationship Id="rId8" Type="http://schemas.openxmlformats.org/officeDocument/2006/relationships/theme" Target="theme/theme1.xml"/><Relationship Id="rId1" Type="http://schemas.openxmlformats.org/officeDocument/2006/relationships/customXml" Target="../customXml/item1.xml"/><Relationship Id="rId2" Type="http://schemas.openxmlformats.org/officeDocument/2006/relationships/numbering" Target="numbering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'1.0' encoding='UTF-8' standalone='yes'?>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/APA.XSL" StyleName="APA"/>
</file>

<file path=customXml/itemProps1.xml><?xml version="1.0" encoding="utf-8"?>
<ds:datastoreItem xmlns:ds="http://schemas.openxmlformats.org/officeDocument/2006/customXml" ds:itemID="{EF278816-EC6F-A645-907D-7F25AECB1D4A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0</Words>
  <Characters>0</Characters>
  <Application>Microsoft Macintosh Word</Application>
  <DocSecurity>0</DocSecurity>
  <Lines>0</Lines>
  <Paragraphs>0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Manager/>
  <Company/>
  <LinksUpToDate>false</LinksUpToDate>
  <CharactersWithSpaces>0</CharactersWithSpaces>
  <SharedDoc>false</SharedDoc>
  <HyperlinkBase/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python-docx</dc:creator>
  <cp:keywords/>
  <dc:description>generated by python-docx</dc:description>
  <cp:lastModifiedBy/>
  <cp:revision>1</cp:revision>
  <dcterms:created xsi:type="dcterms:W3CDTF">2013-12-23T23:15:00Z</dcterms:created>
  <dcterms:modified xsi:type="dcterms:W3CDTF">2013-12-23T23:15:00Z</dcterms:modified>
  <cp:category/>
</cp:coreProperties>
</file>