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Zandoriah, teriparatide,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Nemôžem vytvoriť súhrn článku o lieku Zandoriah, pretože v poskytnutých výsledkoch vyhľadávania sa tento článok nenachádza. Vyhľadávané výsledky obsahujú informácie o iných teriparatidových liekoch (Teriparatide Sun, Sondelbay, Terrosa a Forsteo), ale nie o lieku Zandoriah. Ak chcete súhrn konkrétneho článku, prosím poskytnite jeho obsah alebo text, ktorý by som mohol spracovať podľa vašich požiadaviek.</w:t>
      </w:r>
    </w:p>
    <w:p/>
    <w:p>
      <w:pPr>
        <w:jc w:val="center"/>
      </w:pPr>
      <w:r>
        <w:t>Vygenerované: 27.02.2026 12:01:19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