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Tuyory, tocilizumab,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Liek Tuyory obsahuje účinnú látku tocilizumab, ktorá blokuje interleukín-6 a tým znižuje zápal pri ochoreniach ako reumatoidná artritída, systémová juvenilná idiopatická artritída, juvenilná idiopatická polyartritída, obrovskobunková arteritída, syndróm uvoľnenia cytokínov a COVID-19.[1] Je indikovaný u dospelých so závažnou progresívnou reumatoidnou artritídou, ktorí neboli liečení metotrexátom, a u dospelých so stredne až závažnou aktívnou reumatoidnou artritídou.[1] Tuyory je biologicky podobný liek referenčnému lieku RoActemra s rovnakou bezpečnosťou a účinnosťou.[1] Najčastejšie vedľajšie účinky u pacientov s COVID-19 (až 1 z 10 osôb) zahŕňajú abnormálne testy pečeňových funkcií, zápchu a infekcie močových ciest.[1] Liek sa nesmie podávať pri aktívnej závažnej infekcii.[1] Európska lieková agentúra (EMA) vydala stanovisko, že prínos Tuyory prevyšuje riziká, a odporučila jeho povolenie v EÚ.[1] Dátum autorizácie je 15. septembra 2023.[6] Stav EPAR je „Stanovisko“.[1][6]</w:t>
      </w:r>
    </w:p>
    <w:p/>
    <w:p>
      <w:pPr>
        <w:jc w:val="center"/>
      </w:pPr>
      <w:r>
        <w:t>Vygenerované: 27.02.2026 12:01:31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