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Poherdy, pertuzumab,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Poherdy je biosimilárny liek k pertuzumabu (Perjeta), schválený FDA na liečbu HER2-pozitívneho karcinómu prsníka u dospelých pacientov.[5] Používa sa v kombinácii s trastuzumabom a docetaxelom u pacientov s HER2-pozitívnym metastatickým alebo lokálne recidivujúcim nerezektabilným karcinómom prsníka, ktorí nedostali predtým anti-HER2 terapiu ani chemoterapiu na metastatickú chorobu.[5][1] V hlavnej štúdii s 808 pacientmi predtým neliečenými na metastatickú chorobu predĺžilo pridanie pertuzumabu k trastuzumabu a docetaxelu progresiu voľné prežitie na 18,5 mesiaca oproti 12,4 mesiacom v placebovej skupine (HR 0,62; 95 % CI: 0,51–0,75; p &lt; 0,0001).[3][1] Odpoveď na liečbu dosiahlo 46 % pacientov s pertuzumabom oproti 29 % bez neho.[3] Najčastejšie nežiaduce udalosti (&gt;25 %) zahŕňali alopéciu (60,9 %), hnačku (66,8 %), neutropéniu (52,8 %), nevoľnosť, únavu a vracanie.[1][3] V pertuzumabovej skupine bola vyššia incidencia hnačky, vyrážky, mukózneho zápalu, suchej kože a neutropénie, vrátane febrilnej neutropénie; smrteľné nežiaduce udalosti postihli 2,0 % pacientov oproti 2,5 % v placebovej skupine.[1] Riziko-úžitkový pomer je pozitívny pre uvedenú indikáciu.[1] Dávka je 840 mg intravenózne v infúzii 60 minút, potom 420 mg každé 3 týždne v infúzii 30–60 minút.[5]</w:t>
      </w:r>
    </w:p>
    <w:p/>
    <w:p>
      <w:pPr>
        <w:jc w:val="center"/>
      </w:pPr>
      <w:r>
        <w:t>Vygenerované: 27.02.2026 12:01:42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