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Onerji, levodopa,karbidopa,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Onerji je liek obsahujúci levodopu, karbidopu a entakapón, určený na liečbu Parkinsonovej choroby.[2] Levodopa sa v mozgu premieňa na dopamín, ktorý obnovuje jeho hladiny v častiach mozgu ovládajúcich pohyb a koordináciu.[2] Karbidopa blokuje enzým dopadekarboxylázu a entakapón blokuje enzým COMT, čím bránia rozkladu levodopy v tele a predlžujú jej účinok.[1][2] Tento mechanizmus zmierňuje príznaky ako svalová ztuhlost.[1] Firma uskutočnila bioekvivalenčné štúdie, ktoré preukázali rovnaké hladiny levodopy, karbidopy a entakapónu v krvi ako u referenčného lieku.[1][2] Maximálna denná dávka je 10 tabliet, s výnimkou tabliet s 175 mg levodopy/43,75 mg karbidopy (max. 8 tabliet) a 200 mg levodopy/50 mg karbidopy (max. 7 tabliet).[1][2] Výbor CHMP rozhodol, že prínos lieku prevyšuje riziká.[2]</w:t>
      </w:r>
    </w:p>
    <w:p/>
    <w:p>
      <w:pPr>
        <w:jc w:val="center"/>
      </w:pPr>
      <w:r>
        <w:t>Vygenerované: 27.02.2026 12:02:01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