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Ľudské lieky Európska verejná hodnotiaca správa (EPAR): Bysumlog, inzulín lispro, Stav: Stanovisko</w:t>
      </w:r>
    </w:p>
    <w:p>
      <w:r>
        <w:t>Zdroj: EMA New Medicines</w:t>
      </w:r>
    </w:p>
    <w:p>
      <w:r>
        <w:t>Publikované: Fri, 27 Feb 2026 12:00:00 +0100</w:t>
      </w:r>
    </w:p>
    <w:p/>
    <w:p>
      <w:pPr>
        <w:pStyle w:val="Heading1"/>
      </w:pPr>
      <w:r>
        <w:t>Súhrn</w:t>
      </w:r>
    </w:p>
    <w:p>
      <w:r>
        <w:t>Bohužiaľ, v poskytnutých výsledkoch vyhľadávania sa nenachádza článok o lieku Bysumlog s inzulínom lispro. Dostupné zdroje obsahujú informácie o iných prípravkoch s inzulínom lispro, ako sú Insulin lispro Sanofi, Humalog a Lyumjev, ale nie o Bysumlog špecificky[1][2][3]. Aby som mohol vytvoriť presný a faktický súhrn článku o Bysumlog, potreboval by som prístup k jeho úplnému textu. Odporúčam vyhľadať tento článok priamo na webovej stránke Európskej agentúry pre lieky (EMA) alebo požiadať o konkrétny dokument EPAR pre Bysumlog.</w:t>
      </w:r>
    </w:p>
    <w:p/>
    <w:p>
      <w:pPr>
        <w:jc w:val="center"/>
      </w:pPr>
      <w:r>
        <w:t>Vygenerované: 27.02.2026 12:02:42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