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Daybu, trofinetid,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Európska lieková agentúra (EMA) vydala 14. júna 2024 rozhodnutie o súhlase s pediatrickým výskumným plánom pre trofinetid. Liek Daybu s účinnou látkou trofinetid je určený na liečbu Rettovho syndrómu, ktorý patrí do vrodených, familiárnych a genetických porúch. Ide o orálnu roztokovú formu podávanú orálne alebo enterálne. Rozhodnutie má číslo P/0188/2024 a PIP číslo EMEA-003587-PIP01-24. Žiadateľom je spoločnosť ACADIA Pharmaceuticals Inc. Typ rozhodnutia je P, čo znamená súhlas s výskumným plánom s alebo bez čiastočných výnimiek či odkladov. Kontrola súladu ešte nebola vykonaná.</w:t>
      </w:r>
    </w:p>
    <w:p/>
    <w:p>
      <w:pPr>
        <w:jc w:val="center"/>
      </w:pPr>
      <w:r>
        <w:t>Vygenerované: 27.02.2026 12:02:50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