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Fubelv, etanercept,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Európska verejná hodnotiaca správa (EPAR) pre liek Fubelv s účinnou látkou etanercept má stav stanoviska.[1] Správa sa týka hodnotenia štúdií pediatrického použitia podľa článku 46 nariadenia (ES) č. 1901/2006.[1] Dlhodobá štúdia 20021618 ukázala, že bezpečnostný profil etanerceptu u pediatrických pacientov je v súlade s už známym profilom.[1] Z piatich pediatrických subjektov, ktoré boli z štúdie stiahnuté, jeden kvôli zhoršeniu JRA, jeden kvôli purpura fulminans, jeden kvôli kožnému ochoreniu a fibro tendónu, a jeden kvôli infekcii.[1] Údaje predložené podľa článku 46 sú považované za uspokojivé a nevyžadujú zmeny v Súhrne charakteristík produktu (SPC).[1] Pomer prínos riziko pre etanercept zostáva pozitívny bez zmien.[1] Post-authorizačné záväzky (PAC) sú splnené s jednou otvorenou otázkou.[1]</w:t>
      </w:r>
    </w:p>
    <w:p/>
    <w:p>
      <w:pPr>
        <w:jc w:val="center"/>
      </w:pPr>
      <w:r>
        <w:t>Vygenerované: 27.02.2026 12:02:59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