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Osýpky v Amerike: USA stratia status eliminácie po prudkom náraste prípadov</w:t>
      </w:r>
    </w:p>
    <w:p>
      <w:r>
        <w:t>Zdroj: BMJ</w:t>
      </w:r>
    </w:p>
    <w:p>
      <w:r>
        <w:t>Publikované: 2026-02-27T01:22:21-08:00</w:t>
      </w:r>
    </w:p>
    <w:p/>
    <w:p>
      <w:pPr>
        <w:pStyle w:val="Heading1"/>
      </w:pPr>
      <w:r>
        <w:t>Súhrn</w:t>
      </w:r>
    </w:p>
    <w:p>
      <w:r>
        <w:t>Spojené štáty získali v roku 2000 status krajiny bez osýpok, no zdravotné orgány sa obávajú, že ho teraz stratia[1]. Epidémia osýpok v USA trvá už viac ako 12 mesiacov a v roku 2025 zaznamenali vyše 2200 prípadov s tromi úmrtiami, vrátane dvoch malých detí[5][2]. Ide o najhorší ročný počet prípadov za viac ako 30 rokov[2]. Väčšina nakazených nebola očkovaná, napríklad v Južnej Karolíne 646 prípadov od jesene, z toho 88 od 16. januára[1]. Do marca 2025 bolo v 15 štátoch hlásených 301 potvrdených prípadov, pričom 95 % nakazených nebolo očkovaných alebo nebolo možné overiť očkovanie[3]. Panamerická zdravotnícka organizácia prehodnotí status USA a Mexika v apríli[1]. Kanada stratila svoj status v novembri 2025 po vyše 5000 prípadoch[1]. Nárast prípadov pokračuje aj v roku 2026[5].</w:t>
      </w:r>
    </w:p>
    <w:p/>
    <w:p>
      <w:pPr>
        <w:jc w:val="center"/>
      </w:pPr>
      <w:r>
        <w:t>Vygenerované: 27.02.2026 13:01:11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