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Xolremdi, mavorixafor,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Xolremdi (mavorixafor) je liek určený na liečbu WHIM syndrómu u pacientov starších ako 12 rokov[2][4]. Ide o prvý orálny liek z triedy antagonistov receptora CXCR4, ktorý blokuje receptor a umožňuje uvoľnenie bielych krviniek z kostnej drene do krvného obehu[2][3]. V klinickej štúdii trvajúcej 52 týždňov sa u pacientov užívajúcich Xolremdi znížil počet infekcií v priemere o 60 % v porovnaní s placebom, pričom mali v priemere 1,7 infekcie ročne oproti 4,2 u skupiny s placebom[3][6]. Liek tiež zvýšil čas, počas ktorého boli počty neutrofilov a lymfocytov v krvi nad bezpečnými hranicami – v priemere 15 hodín denne v porovnaní s 2,8 hodinami u placeba[5]. Najčastejšie nežiaduce účinky zahrňali nízky počet krvných doštičiek (21 % pacientov), vyrážku, zápal nosovej sliznice a krvácanie z nosa[4]. Liek nepreukázal účinnosť pri liečbe bradavíc, ktoré sú súčasťou WHIM syndrómu[3][6].</w:t>
      </w:r>
    </w:p>
    <w:p/>
    <w:p>
      <w:pPr>
        <w:jc w:val="center"/>
      </w:pPr>
      <w:r>
        <w:t>Vygenerované: 27.02.2026 13:01:23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