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RFK Jr je žalovaný 15 štátmi USA za nový očkovací plán pre deti</w:t>
      </w:r>
    </w:p>
    <w:p>
      <w:r>
        <w:t>Zdroj: BMJ</w:t>
      </w:r>
    </w:p>
    <w:p>
      <w:r>
        <w:t>Publikované: 2026-02-27T05:37:19-08:00</w:t>
      </w:r>
    </w:p>
    <w:p/>
    <w:p>
      <w:pPr>
        <w:pStyle w:val="Heading1"/>
      </w:pPr>
      <w:r>
        <w:t>Súhrn</w:t>
      </w:r>
    </w:p>
    <w:p>
      <w:r>
        <w:t>Pätnásť štátov USA vedených demokratmi zažalovalo ministra zdravotníctva Roberta F. Kennedyho Jr. za zmeny v očkovacej schéme pre deti. Žaloba bola podaná 24. februára koalíciou 14 generálnych prokurátorov a guvernérom Pensylvánie, vrátane štátov ako Kalifornia, Illinois a New Jersey. Štáty tvrdia, že zmeny sú politicky motivované, zvyšujú zmätok v očkovaní a podporujú nevedecké nepriateľstvo voči vakcínam. Podľa žaloby povedú k menej očkovaným deťom a väčšiemu počtu ochorení, preto žiadajú ich vyhlásenie za nezákonné a zrušenie. Dňa 5. januára Centrá pre kontrolu a prevenciu chorôb (CDC) znížili počet odporúčaných očkovaní z 17 na 11. Reforma znamená, že pre deti sa už neodporúča očkovanie proti rotavírusu, chrípke a COVID-19.[1]</w:t>
      </w:r>
    </w:p>
    <w:p/>
    <w:p>
      <w:pPr>
        <w:jc w:val="center"/>
      </w:pPr>
      <w:r>
        <w:t>Vygenerované: 27.02.2026 16:00:43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