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Výsledky ME/CFS po infekčnej mononukleóze: sedemročné sledovanie prospektívnej štúdie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skúmala progresiu myalgickej encefalomyelitídy/chronického únavového syndrómu (ME/CFS) po infekčnej mononukleóze (IM) u vysokoškolských študentov z rôznorodej socioekonomickej a etnickej populácie počas 7 rokov. Účastníkov hodnotili v štyroch časových bodoch: pred IM (východisková hodnota), do 6 týždňov od diagnózy IM, 6 mesiacov po IM a po 7 rokoch, pričom merili zdravotný stav, psychologické fungovanie a krvné biomarkery. Približne 30 % prípadov ME/CFS je spojených s infekciou vírusom Epstein-Barrovej, ktorá spôsobuje IM. Pri 7-ročnom sledovaní 81 % účastníkov s pôvodne závažným ME/CFS naďalej spĺňalo diagnostické kritériá. Naopak, len asi jedna tretina tých so stredne závažnými alebo pretrvávajúcimi príznakmi po 6 mesiacoch mala ME/CFS aj po 7 rokoch. Zistenia ukazujú, že ME/CFS po IM pretrváva dlhodobo najmä u pacientov so závažným priebehom na začiatku.</w:t>
      </w:r>
    </w:p>
    <w:p/>
    <w:p>
      <w:pPr>
        <w:jc w:val="center"/>
      </w:pPr>
      <w:r>
        <w:t>Vygenerované: 27.02.2026 16:01:16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