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STAT+: Pharmalittle: Čítame o FDA a „očierňujúcej kampani“, Cigna kupuje veľkú lekáreň a ďalšie</w:t>
      </w:r>
    </w:p>
    <w:p>
      <w:r>
        <w:t>Zdroj: STAT News</w:t>
      </w:r>
    </w:p>
    <w:p>
      <w:r>
        <w:t>Publikované: Fri, 27 Feb 2026 14:30:55 +0000</w:t>
      </w:r>
    </w:p>
    <w:p/>
    <w:p>
      <w:pPr>
        <w:pStyle w:val="Heading1"/>
      </w:pPr>
      <w:r>
        <w:t>Súhrn</w:t>
      </w:r>
    </w:p>
    <w:p>
      <w:r>
        <w:t>Komisár FDA Marty Makary obhajuje nedávne odmietnutie liekov na zriedkavé choroby zo strany agentúry. Najvyšší predstaviteľ agentúry Vinay Prasad sa vyjadruje k tejto téme. Článok spomína aj kauzu s údajnou „očierňujúcou kampaňou“ voči FDA. Cigna kupuje veľkú lekáreň, čo je ďalšia dôležitá udalosť v oblasti farmácie. Tieto správy sú súčasťou prehľadu aktuálnych zdravotníckych noviniek v sekcii Pharmalittle.[1]</w:t>
      </w:r>
    </w:p>
    <w:p/>
    <w:p>
      <w:pPr>
        <w:jc w:val="center"/>
      </w:pPr>
      <w:r>
        <w:t>Vygenerované: 27.02.2026 16:01:25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