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Bývalý generálny chirurg: Senát nesmie schváliť niekoho, kto nemôže vykonávať medicínu ako najlepšieho lekára v krajine</w:t>
      </w:r>
    </w:p>
    <w:p>
      <w:r>
        <w:t>Zdroj: STAT News</w:t>
      </w:r>
    </w:p>
    <w:p>
      <w:r>
        <w:t>Publikované: Fri, 27 Feb 2026 15:17:39 +0000</w:t>
      </w:r>
    </w:p>
    <w:p/>
    <w:p>
      <w:pPr>
        <w:pStyle w:val="Heading1"/>
      </w:pPr>
      <w:r>
        <w:t>Súhrn</w:t>
      </w:r>
    </w:p>
    <w:p>
      <w:r>
        <w:t>Bývalý generálny chirurg Spojených štátov Jerome Adams vyzýva Senát, aby neschválil kandidáta na post hlavného lekára krajiny, ktorý nemôže vykonávať medicínu. V stanovisku píše, že generálny chirurg neovplyvňuje wellness. Adams cituje Casey Means v súvislosti s týmto tvrdením. Ako bývalý 20. generálny chirurg pôsobil v rokoch 2017 až 2021. Predtým bol komisárom pre zdravie v štáte Indiana. Je licencovaným anesteziológom s magisterským titulom z verejného zdravia. Vyhlasuje, že Senát nesmie schváliť niekoho nevhodného na túto kľúčovú pozíciu.</w:t>
      </w:r>
    </w:p>
    <w:p/>
    <w:p>
      <w:pPr>
        <w:jc w:val="center"/>
      </w:pPr>
      <w:r>
        <w:t>Vygenerované: 27.02.2026 17:00:57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