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Hore a dole po rebríku: Najnovšie príchody a odchody</w:t>
      </w:r>
    </w:p>
    <w:p>
      <w:r>
        <w:t>Zdroj: STAT News</w:t>
      </w:r>
    </w:p>
    <w:p>
      <w:r>
        <w:t>Publikované: Fri, 27 Feb 2026 16:22:01 +0000</w:t>
      </w:r>
    </w:p>
    <w:p/>
    <w:p>
      <w:pPr>
        <w:pStyle w:val="Heading1"/>
      </w:pPr>
      <w:r>
        <w:t>Súhrn</w:t>
      </w:r>
    </w:p>
    <w:p>
      <w:r>
        <w:t>Článok sumarizuje najnovšie zmeny v personále farmaceutického priemyslu, vrátane príchodov nových zamestnancov, odchodov, povýšení a prestupov. Uvádza aktuálne novinky od nových členov tímov až po kľúčové personálne zmeny v rôznych spoločnostiach. Zameriava sa výlučne na hnutia vo firme, bez špecifikácie mien alebo detailov jednotlivcov. Ide o prehľadný súpis zmien v sektore. Tieto informácie slúžia na informovanie o dynamike v odvetví.</w:t>
      </w:r>
    </w:p>
    <w:p/>
    <w:p>
      <w:pPr>
        <w:jc w:val="center"/>
      </w:pPr>
      <w:r>
        <w:t>Vygenerované: 27.02.2026 18:00:36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