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Študijné otázky Použitie hormonálnej terapie rakoviny prostaty v určitých prípadoch</w:t>
      </w:r>
    </w:p>
    <w:p>
      <w:r>
        <w:t>Zdroj: MedPage Today</w:t>
      </w:r>
    </w:p>
    <w:p>
      <w:r>
        <w:t>Publikované: Fri, 27 Feb 2026 10:46:58 -0500</w:t>
      </w:r>
    </w:p>
    <w:p/>
    <w:p>
      <w:pPr>
        <w:pStyle w:val="Heading1"/>
      </w:pPr>
      <w:r>
        <w:t>Súhrn</w:t>
      </w:r>
    </w:p>
    <w:p>
      <w:r>
        <w:t>Metaanalýza údajov o jednotlivých pacientoch ukázala, že pridanie hormonálnej terapie k pooperačnej rádioterapii nezlepšilo celkové prežitie u väčšiny mužov s rakovinou prostaty. Štúdia bola prezentovaná na stretnutí v San Franciscu podľa MedPage Today. Analýza zahŕňala údaje zo šiestich náhodných štúdií. Hlavné zistenie je, že kombinovaná liečba nepriniesla výhodu v prežívaní pre väčšinu pacientov. Štúdia spochybňuje rutinné použitie hormonálnej terapie v týchto prípadoch po operácii. Výsledky naznačujú potrebu lepšieho výberu pacientov na takúto liečbu.</w:t>
      </w:r>
    </w:p>
    <w:p/>
    <w:p>
      <w:pPr>
        <w:jc w:val="center"/>
      </w:pPr>
      <w:r>
        <w:t>Vygenerované: 27.02.2026 18:00:45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