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Vedci premieňajú metán na liek v ohromujúcom prevrate</w:t>
      </w:r>
    </w:p>
    <w:p>
      <w:r>
        <w:t>Zdroj: ScienceDaily Health</w:t>
      </w:r>
    </w:p>
    <w:p>
      <w:r>
        <w:t>Publikované: Fri, 27 Feb 2026 10:51:30 EST</w:t>
      </w:r>
    </w:p>
    <w:p/>
    <w:p>
      <w:pPr>
        <w:pStyle w:val="Heading1"/>
      </w:pPr>
      <w:r>
        <w:t>Súhrn</w:t>
      </w:r>
    </w:p>
    <w:p>
      <w:r>
        <w:t>Vedci vyvinuli katalyzátor na báze železa, ktorý premieňa metán na chemické stavebné bloky pre lieky a iné produkty. Tento katalyzátor je poháňaný svetlom LED a aktivuje odolné molekuly metánu. Podarilo sa im prvýkrát vytvoriť liek dimestrol na hormonálnu terapiu priamo z metánu. Českí vedci z Akadémie vied ČR objavili v zeolite katalyzátor, ktorý premieňa metán na metanol pomocou molekulárneho kyslíka s uspokojivou efektivitou. Štiepanie kyslíka zabezpečujú dva kationty prechodového kovu, napríklad železa, pri pokojovej teplote. Tento unikátny systém slúži na oxidáciu metánu na metanol ako základ pre využitie metánu v chemickej výrobe. Nová metóda navyše zabraňuje deštrukcii aktívnych centier katalyzátora.</w:t>
      </w:r>
    </w:p>
    <w:p/>
    <w:p>
      <w:pPr>
        <w:jc w:val="center"/>
      </w:pPr>
      <w:r>
        <w:t>Vygenerované: 27.02.2026 19:00:34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