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ponúkne bonusové platby zamestnancom, ktorí dokončia rýchle preskúmanie liekov</w:t>
      </w:r>
    </w:p>
    <w:p>
      <w:r>
        <w:t>Zdroj: MedPage Today</w:t>
      </w:r>
    </w:p>
    <w:p>
      <w:r>
        <w:t>Publikované: Fri, 27 Feb 2026 11:35:46 -0500</w:t>
      </w:r>
    </w:p>
    <w:p/>
    <w:p>
      <w:pPr>
        <w:pStyle w:val="Heading1"/>
      </w:pPr>
      <w:r>
        <w:t>Súhrn</w:t>
      </w:r>
    </w:p>
    <w:p>
      <w:r>
        <w:t>Vedúci americkej FDA, komisár Marty Makary, plánuje zaviesť bonusové platby pre kontrolórov liekov, ktorí dokončia preskúmanie pred harmonogramom.[1][2] Ide o pilotný program, ktorý bol predstavený zamestnancom vo štvrtok, pričom prvé štvrťročné bonusy by mali byť vyplatené okolo augusta.[1][2] Program sa týka len zamestnancov priamo zapojených do preskúmania liekov, nie napríklad inšpektorov tovární.[1][3] Bonusové platby budú určené na základe vážených úspor času, hodnotenia kvality práce a zložitosti úloh.[1][2] Cieľom je odmeniť efektívnu prácu vysokej kvality, ktorá prospieva pacientom.[1][3] Približne 70 % rozpočtu programu na lieky FDA financujú poplatky od farmaceutických firiem, čo umožnilo zamestnať tisíce vedcov a skrátiť časy preskúmania o viac ako polovicu.[1][3] Program je súčasťou zmien, vrátane skrátenia štandardu na jednu klinickú skúšbu a nových ciest pre lieky testované na malej skupine pacientov.[2]</w:t>
      </w:r>
    </w:p>
    <w:p/>
    <w:p>
      <w:pPr>
        <w:jc w:val="center"/>
      </w:pPr>
      <w:r>
        <w:t>Vygenerované: 27.02.2026 19:01:06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